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0886"/>
        <w:gridCol w:w="4252"/>
      </w:tblGrid>
      <w:tr>
        <w:tc>
          <w:tcPr>
            <w:tcW w:type="dxa" w:w="10886"/>
          </w:tcPr>
          <w:p>
            <w:pPr>
              <w:spacing w:after="0"/>
              <w:jc w:val="center"/>
            </w:pPr>
            <w:r/>
            <w:r>
              <w:rPr>
                <w:rFonts w:ascii="Times New Roman" w:hAnsi="Times New Roman" w:eastAsia="Times New Roman"/>
                <w:b w:val="0"/>
                <w:i w:val="0"/>
                <w:sz w:val="22"/>
                <w:u w:val="none"/>
              </w:rPr>
            </w:r>
          </w:p>
        </w:tc>
        <w:tc>
          <w:tcPr>
            <w:tcW w:type="dxa" w:w="4252"/>
            <w:tcBorders>
              <w:top w:val="single" w:sz="6" w:color="000000"/>
              <w:left w:val="single" w:sz="6" w:color="000000"/>
              <w:bottom w:val="single" w:sz="6" w:color="000000"/>
              <w:right w:val="single" w:sz="6" w:color="000000"/>
            </w:tcBorders>
          </w:tcPr>
          <w:p>
            <w:pPr>
              <w:spacing w:after="0"/>
              <w:jc w:val="center"/>
            </w:pPr>
            <w:r/>
            <w:r>
              <w:rPr>
                <w:rFonts w:ascii="Times New Roman" w:hAnsi="Times New Roman" w:eastAsia="Times New Roman"/>
                <w:b/>
                <w:i w:val="0"/>
                <w:sz w:val="24"/>
                <w:u w:val="none"/>
              </w:rPr>
              <w:t>Mẫu số: 20-ĐKT</w:t>
            </w:r>
          </w:p>
          <w:p>
            <w:pPr>
              <w:spacing w:after="0"/>
              <w:jc w:val="center"/>
            </w:pPr>
            <w:r>
              <w:rPr>
                <w:rFonts w:ascii="Times New Roman" w:hAnsi="Times New Roman" w:eastAsia="Times New Roman"/>
                <w:b w:val="0"/>
                <w:i/>
                <w:sz w:val="22"/>
                <w:u w:val="none"/>
              </w:rPr>
              <w:t>(Kèm theo Thông tư số 90/2026/TT-BTC ngày 30 tháng 6 năm 2026 của Bộ trưởng Bộ Tài chính)</w:t>
            </w:r>
          </w:p>
        </w:tc>
      </w:tr>
    </w:tbl>
    <w:p>
      <w:pPr>
        <w:spacing w:after="0"/>
      </w:pPr>
    </w:p>
    <w:p>
      <w:pPr>
        <w:spacing w:after="0"/>
        <w:jc w:val="center"/>
      </w:pPr>
      <w:r>
        <w:rPr>
          <w:rFonts w:ascii="Times New Roman" w:hAnsi="Times New Roman" w:eastAsia="Times New Roman"/>
          <w:b/>
          <w:i w:val="0"/>
          <w:u w:val="none"/>
        </w:rPr>
        <w:t>CỘNG HÒA XÃ HỘI CHỦ NGHĨA VIỆT NAM</w:t>
      </w:r>
    </w:p>
    <w:p>
      <w:pPr>
        <w:spacing w:after="0"/>
        <w:jc w:val="center"/>
      </w:pPr>
      <w:r>
        <w:rPr>
          <w:rFonts w:ascii="Times New Roman" w:hAnsi="Times New Roman" w:eastAsia="Times New Roman"/>
          <w:b/>
          <w:i w:val="0"/>
          <w:u w:val="none"/>
        </w:rPr>
        <w:t>Độc lập - Tự do - Hạnh phúc</w:t>
      </w:r>
    </w:p>
    <w:p>
      <w:pPr>
        <w:spacing w:after="120"/>
        <w:jc w:val="center"/>
      </w:pPr>
      <w:r>
        <w:rPr>
          <w:rFonts w:ascii="Times New Roman" w:hAnsi="Times New Roman" w:eastAsia="Times New Roman"/>
          <w:b w:val="0"/>
          <w:i w:val="0"/>
          <w:u w:val="none"/>
        </w:rPr>
        <w:t>―――――――――――</w:t>
      </w:r>
    </w:p>
    <w:p>
      <w:pPr>
        <w:spacing w:before="120" w:after="0"/>
        <w:jc w:val="center"/>
      </w:pPr>
      <w:r>
        <w:rPr>
          <w:rFonts w:ascii="Times New Roman" w:hAnsi="Times New Roman" w:eastAsia="Times New Roman"/>
          <w:b/>
          <w:i w:val="0"/>
          <w:sz w:val="28"/>
          <w:u w:val="none"/>
        </w:rPr>
        <w:t>TỜ KHAI ĐĂNG KÝ THUẾ</w:t>
      </w:r>
    </w:p>
    <w:p>
      <w:pPr>
        <w:spacing w:after="200"/>
        <w:jc w:val="center"/>
      </w:pPr>
      <w:r>
        <w:rPr>
          <w:rFonts w:ascii="Times New Roman" w:hAnsi="Times New Roman" w:eastAsia="Times New Roman"/>
          <w:b w:val="0"/>
          <w:i/>
          <w:u w:val="none"/>
        </w:rPr>
        <w:t>(Dùng cho cá nhân có thu nhập từ tiền lương, tiền công trực tiếp đăng ký thuế, thay đổi thông tin người phụ thuộc)</w:t>
      </w:r>
    </w:p>
    <w:p>
      <w:pPr>
        <w:tabs>
          <w:tab w:pos="15138" w:val="right" w:leader="dot"/>
        </w:tabs>
        <w:ind w:left="850"/>
      </w:pPr>
      <w:r>
        <w:rPr>
          <w:rFonts w:ascii="Times New Roman" w:hAnsi="Times New Roman" w:eastAsia="Times New Roman"/>
          <w:b w:val="0"/>
          <w:i w:val="0"/>
          <w:u w:val="none"/>
        </w:rPr>
        <w:t>1. Họ và tên cá nhân có thu nhập:</w:t>
      </w:r>
      <w:r>
        <w:rPr>
          <w:rFonts w:ascii="Times New Roman" w:hAnsi="Times New Roman" w:eastAsia="Times New Roman"/>
          <w:b w:val="0"/>
          <w:i w:val="0"/>
          <w:u w:val="none"/>
        </w:rPr>
        <w:tab/>
      </w:r>
    </w:p>
    <w:p>
      <w:pPr>
        <w:tabs>
          <w:tab w:pos="15138" w:val="right" w:leader="dot"/>
        </w:tabs>
        <w:ind w:left="850"/>
      </w:pPr>
      <w:r>
        <w:rPr>
          <w:rFonts w:ascii="Times New Roman" w:hAnsi="Times New Roman" w:eastAsia="Times New Roman"/>
          <w:b w:val="0"/>
          <w:i w:val="0"/>
          <w:u w:val="none"/>
        </w:rPr>
        <w:t xml:space="preserve">2. Mã số thuế: </w:t>
      </w:r>
      <w:r>
        <w:rPr>
          <w:rFonts w:ascii="Times New Roman" w:hAnsi="Times New Roman" w:eastAsia="Times New Roman"/>
          <w:b w:val="0"/>
          <w:i w:val="0"/>
          <w:u w:val="none"/>
        </w:rPr>
        <w:tab/>
      </w:r>
    </w:p>
    <w:p>
      <w:pPr>
        <w:tabs>
          <w:tab w:pos="15138" w:val="right" w:leader="dot"/>
        </w:tabs>
        <w:ind w:left="850"/>
      </w:pPr>
      <w:r>
        <w:rPr>
          <w:rFonts w:ascii="Times New Roman" w:hAnsi="Times New Roman" w:eastAsia="Times New Roman"/>
          <w:b w:val="0"/>
          <w:i w:val="0"/>
          <w:u w:val="none"/>
        </w:rPr>
        <w:t>3. Địa chỉ cá nhân nhận thông báo mã số người phụ thuộc:</w:t>
      </w:r>
      <w:r>
        <w:rPr>
          <w:rFonts w:ascii="Times New Roman" w:hAnsi="Times New Roman" w:eastAsia="Times New Roman"/>
          <w:b w:val="0"/>
          <w:i w:val="0"/>
          <w:u w:val="none"/>
        </w:rPr>
        <w:tab/>
      </w:r>
    </w:p>
    <w:p>
      <w:pPr>
        <w:tabs>
          <w:tab w:pos="15138" w:val="right" w:leader="dot"/>
        </w:tabs>
        <w:ind w:left="850"/>
      </w:pPr>
      <w:r>
        <w:rPr>
          <w:rFonts w:ascii="Times New Roman" w:hAnsi="Times New Roman" w:eastAsia="Times New Roman"/>
          <w:b w:val="0"/>
          <w:i w:val="0"/>
          <w:u w:val="none"/>
        </w:rPr>
        <w:t>4. Nơi đăng ký giảm trừ người phụ thuộc (tổ chức, cá nhân trả thu nhập/cơ quan quản lý):</w:t>
      </w:r>
      <w:r>
        <w:rPr>
          <w:rFonts w:ascii="Times New Roman" w:hAnsi="Times New Roman" w:eastAsia="Times New Roman"/>
          <w:b w:val="0"/>
          <w:i w:val="0"/>
          <w:u w:val="none"/>
        </w:rPr>
        <w:tab/>
      </w:r>
    </w:p>
    <w:p>
      <w:pPr>
        <w:spacing w:before="0" w:after="60"/>
        <w:ind w:left="850"/>
        <w:jc w:val="left"/>
      </w:pPr>
      <w:r>
        <w:rPr>
          <w:rFonts w:ascii="Times New Roman" w:hAnsi="Times New Roman" w:eastAsia="Times New Roman"/>
          <w:b w:val="0"/>
          <w:i w:val="0"/>
          <w:u w:val="none"/>
        </w:rPr>
        <w:t>5. Mã số thuế của tổ chức, cá nhân trả thu nhập (nếu có):</w:t>
      </w:r>
    </w:p>
    <w:tbl>
      <w:tblPr>
        <w:tblStyle w:val="TableGrid"/>
        <w:tblW w:type="auto" w:w="0"/>
        <w:jc w:val="left"/>
        <w:tblInd w:w="2551" w:type="dxa"/>
        <w:tblLayout w:type="fixed"/>
        <w:tblLook w:firstColumn="1" w:firstRow="1" w:lastColumn="0" w:lastRow="0" w:noHBand="0" w:noVBand="1" w:val="04A0"/>
      </w:tblPr>
      <w:tblGrid>
        <w:gridCol w:w="1081"/>
        <w:gridCol w:w="1081"/>
        <w:gridCol w:w="1081"/>
        <w:gridCol w:w="1081"/>
        <w:gridCol w:w="1081"/>
        <w:gridCol w:w="1081"/>
        <w:gridCol w:w="1081"/>
        <w:gridCol w:w="1081"/>
        <w:gridCol w:w="1081"/>
        <w:gridCol w:w="1081"/>
        <w:gridCol w:w="1081"/>
        <w:gridCol w:w="1081"/>
        <w:gridCol w:w="1081"/>
        <w:gridCol w:w="1081"/>
      </w:tblGrid>
      <w:tr>
        <w:trPr>
          <w:trHeight w:val="397"/>
        </w:trPr>
        <w:tc>
          <w:tcPr>
            <w:tcW w:type="dxa" w:w="369"/>
          </w:tcPr>
          <w:p>
            <w:pPr>
              <w:spacing w:after="0"/>
            </w:pPr>
            <w:r>
              <w:rPr>
                <w:rFonts w:ascii="Times New Roman" w:hAnsi="Times New Roman" w:eastAsia="Times New Roman"/>
                <w:b w:val="0"/>
                <w:i w:val="0"/>
                <w:u w:val="none"/>
              </w:rPr>
              <w:t xml:space="preserve"> </w:t>
            </w:r>
          </w:p>
        </w:tc>
        <w:tc>
          <w:tcPr>
            <w:tcW w:type="dxa" w:w="369"/>
          </w:tcPr>
          <w:p>
            <w:pPr>
              <w:spacing w:after="0"/>
            </w:pPr>
            <w:r>
              <w:rPr>
                <w:rFonts w:ascii="Times New Roman" w:hAnsi="Times New Roman" w:eastAsia="Times New Roman"/>
                <w:b w:val="0"/>
                <w:i w:val="0"/>
                <w:u w:val="none"/>
              </w:rPr>
              <w:t xml:space="preserve"> </w:t>
            </w:r>
          </w:p>
        </w:tc>
        <w:tc>
          <w:tcPr>
            <w:tcW w:type="dxa" w:w="369"/>
          </w:tcPr>
          <w:p>
            <w:pPr>
              <w:spacing w:after="0"/>
            </w:pPr>
            <w:r>
              <w:rPr>
                <w:rFonts w:ascii="Times New Roman" w:hAnsi="Times New Roman" w:eastAsia="Times New Roman"/>
                <w:b w:val="0"/>
                <w:i w:val="0"/>
                <w:u w:val="none"/>
              </w:rPr>
              <w:t xml:space="preserve"> </w:t>
            </w:r>
          </w:p>
        </w:tc>
        <w:tc>
          <w:tcPr>
            <w:tcW w:type="dxa" w:w="369"/>
          </w:tcPr>
          <w:p>
            <w:pPr>
              <w:spacing w:after="0"/>
            </w:pPr>
            <w:r>
              <w:rPr>
                <w:rFonts w:ascii="Times New Roman" w:hAnsi="Times New Roman" w:eastAsia="Times New Roman"/>
                <w:b w:val="0"/>
                <w:i w:val="0"/>
                <w:u w:val="none"/>
              </w:rPr>
              <w:t xml:space="preserve"> </w:t>
            </w:r>
          </w:p>
        </w:tc>
        <w:tc>
          <w:tcPr>
            <w:tcW w:type="dxa" w:w="369"/>
          </w:tcPr>
          <w:p>
            <w:pPr>
              <w:spacing w:after="0"/>
            </w:pPr>
            <w:r>
              <w:rPr>
                <w:rFonts w:ascii="Times New Roman" w:hAnsi="Times New Roman" w:eastAsia="Times New Roman"/>
                <w:b w:val="0"/>
                <w:i w:val="0"/>
                <w:u w:val="none"/>
              </w:rPr>
              <w:t xml:space="preserve"> </w:t>
            </w:r>
          </w:p>
        </w:tc>
        <w:tc>
          <w:tcPr>
            <w:tcW w:type="dxa" w:w="369"/>
          </w:tcPr>
          <w:p>
            <w:pPr>
              <w:spacing w:after="0"/>
            </w:pPr>
            <w:r>
              <w:rPr>
                <w:rFonts w:ascii="Times New Roman" w:hAnsi="Times New Roman" w:eastAsia="Times New Roman"/>
                <w:b w:val="0"/>
                <w:i w:val="0"/>
                <w:u w:val="none"/>
              </w:rPr>
              <w:t xml:space="preserve"> </w:t>
            </w:r>
          </w:p>
        </w:tc>
        <w:tc>
          <w:tcPr>
            <w:tcW w:type="dxa" w:w="369"/>
          </w:tcPr>
          <w:p>
            <w:pPr>
              <w:spacing w:after="0"/>
            </w:pPr>
            <w:r>
              <w:rPr>
                <w:rFonts w:ascii="Times New Roman" w:hAnsi="Times New Roman" w:eastAsia="Times New Roman"/>
                <w:b w:val="0"/>
                <w:i w:val="0"/>
                <w:u w:val="none"/>
              </w:rPr>
              <w:t xml:space="preserve"> </w:t>
            </w:r>
          </w:p>
        </w:tc>
        <w:tc>
          <w:tcPr>
            <w:tcW w:type="dxa" w:w="369"/>
          </w:tcPr>
          <w:p>
            <w:pPr>
              <w:spacing w:after="0"/>
            </w:pPr>
            <w:r>
              <w:rPr>
                <w:rFonts w:ascii="Times New Roman" w:hAnsi="Times New Roman" w:eastAsia="Times New Roman"/>
                <w:b w:val="0"/>
                <w:i w:val="0"/>
                <w:u w:val="none"/>
              </w:rPr>
              <w:t xml:space="preserve"> </w:t>
            </w:r>
          </w:p>
        </w:tc>
        <w:tc>
          <w:tcPr>
            <w:tcW w:type="dxa" w:w="369"/>
          </w:tcPr>
          <w:p>
            <w:pPr>
              <w:spacing w:after="0"/>
            </w:pPr>
            <w:r>
              <w:rPr>
                <w:rFonts w:ascii="Times New Roman" w:hAnsi="Times New Roman" w:eastAsia="Times New Roman"/>
                <w:b w:val="0"/>
                <w:i w:val="0"/>
                <w:u w:val="none"/>
              </w:rPr>
              <w:t xml:space="preserve"> </w:t>
            </w:r>
          </w:p>
        </w:tc>
        <w:tc>
          <w:tcPr>
            <w:tcW w:type="dxa" w:w="369"/>
          </w:tcPr>
          <w:p>
            <w:pPr>
              <w:spacing w:after="0"/>
            </w:pPr>
            <w:r>
              <w:rPr>
                <w:rFonts w:ascii="Times New Roman" w:hAnsi="Times New Roman" w:eastAsia="Times New Roman"/>
                <w:b w:val="0"/>
                <w:i w:val="0"/>
                <w:u w:val="none"/>
              </w:rPr>
              <w:t xml:space="preserve"> </w:t>
            </w:r>
          </w:p>
        </w:tc>
        <w:tc>
          <w:tcPr>
            <w:tcW w:type="dxa" w:w="369"/>
            <w:tcBorders>
              <w:top w:val="nil"/>
              <w:bottom w:val="nil"/>
            </w:tcBorders>
          </w:tcPr>
          <w:p>
            <w:pPr>
              <w:spacing w:after="0"/>
            </w:pPr>
            <w:r>
              <w:rPr>
                <w:rFonts w:ascii="Times New Roman" w:hAnsi="Times New Roman" w:eastAsia="Times New Roman"/>
                <w:b w:val="0"/>
                <w:i w:val="0"/>
                <w:u w:val="none"/>
              </w:rPr>
              <w:t xml:space="preserve"> </w:t>
            </w:r>
          </w:p>
        </w:tc>
        <w:tc>
          <w:tcPr>
            <w:tcW w:type="dxa" w:w="369"/>
          </w:tcPr>
          <w:p>
            <w:pPr>
              <w:spacing w:after="0"/>
            </w:pPr>
            <w:r>
              <w:rPr>
                <w:rFonts w:ascii="Times New Roman" w:hAnsi="Times New Roman" w:eastAsia="Times New Roman"/>
                <w:b w:val="0"/>
                <w:i w:val="0"/>
                <w:u w:val="none"/>
              </w:rPr>
              <w:t xml:space="preserve"> </w:t>
            </w:r>
          </w:p>
        </w:tc>
        <w:tc>
          <w:tcPr>
            <w:tcW w:type="dxa" w:w="369"/>
          </w:tcPr>
          <w:p>
            <w:pPr>
              <w:spacing w:after="0"/>
            </w:pPr>
            <w:r>
              <w:rPr>
                <w:rFonts w:ascii="Times New Roman" w:hAnsi="Times New Roman" w:eastAsia="Times New Roman"/>
                <w:b w:val="0"/>
                <w:i w:val="0"/>
                <w:u w:val="none"/>
              </w:rPr>
              <w:t xml:space="preserve"> </w:t>
            </w:r>
          </w:p>
        </w:tc>
        <w:tc>
          <w:tcPr>
            <w:tcW w:type="dxa" w:w="369"/>
          </w:tcPr>
          <w:p>
            <w:pPr>
              <w:spacing w:after="0"/>
            </w:pPr>
            <w:r>
              <w:rPr>
                <w:rFonts w:ascii="Times New Roman" w:hAnsi="Times New Roman" w:eastAsia="Times New Roman"/>
                <w:b w:val="0"/>
                <w:i w:val="0"/>
                <w:u w:val="none"/>
              </w:rPr>
              <w:t xml:space="preserve"> </w:t>
            </w:r>
          </w:p>
        </w:tc>
      </w:tr>
    </w:tbl>
    <w:p>
      <w:pPr>
        <w:spacing w:after="0"/>
      </w:pPr>
    </w:p>
    <w:p>
      <w:pPr>
        <w:spacing w:before="0" w:after="60"/>
        <w:ind w:left="850"/>
        <w:jc w:val="left"/>
      </w:pPr>
      <w:r>
        <w:rPr>
          <w:rFonts w:ascii="Times New Roman" w:hAnsi="Times New Roman" w:eastAsia="Times New Roman"/>
          <w:b w:val="0"/>
          <w:i w:val="0"/>
          <w:u w:val="none"/>
        </w:rPr>
        <w:t>6. Thông tin về người phụ thuộc (NPT) và thông tin đăng ký giảm trừ gia cảnh như sau:</w:t>
      </w:r>
    </w:p>
    <w:p>
      <w:pPr>
        <w:spacing w:before="80" w:after="60"/>
        <w:ind w:left="850"/>
        <w:jc w:val="left"/>
      </w:pPr>
      <w:r>
        <w:rPr>
          <w:rFonts w:ascii="Times New Roman" w:hAnsi="Times New Roman" w:eastAsia="Times New Roman"/>
          <w:b/>
          <w:i w:val="0"/>
          <w:u w:val="none"/>
        </w:rPr>
        <w:t>6.1. Người phụ thuộc chưa có MST, đăng ký thuế, đăng ký giảm trừ gia cảnh lần đầu</w:t>
      </w:r>
    </w:p>
    <w:tbl>
      <w:tblPr>
        <w:tblStyle w:val="TableGrid"/>
        <w:tblW w:type="auto" w:w="0"/>
        <w:jc w:val="center"/>
        <w:tblLayout w:type="fixed"/>
        <w:tblLook w:firstColumn="1" w:firstRow="1" w:lastColumn="0" w:lastRow="0" w:noHBand="0" w:noVBand="1" w:val="04A0"/>
      </w:tblPr>
      <w:tblGrid>
        <w:gridCol w:w="890"/>
        <w:gridCol w:w="890"/>
        <w:gridCol w:w="890"/>
        <w:gridCol w:w="890"/>
        <w:gridCol w:w="890"/>
        <w:gridCol w:w="890"/>
        <w:gridCol w:w="890"/>
        <w:gridCol w:w="890"/>
        <w:gridCol w:w="890"/>
        <w:gridCol w:w="890"/>
        <w:gridCol w:w="890"/>
        <w:gridCol w:w="890"/>
        <w:gridCol w:w="890"/>
        <w:gridCol w:w="890"/>
        <w:gridCol w:w="890"/>
        <w:gridCol w:w="890"/>
        <w:gridCol w:w="890"/>
      </w:tblGrid>
      <w:tr>
        <w:trPr>
          <w:tblHeader w:val="true"/>
        </w:trPr>
        <w:tc>
          <w:tcPr>
            <w:tcW w:type="dxa" w:w="498"/>
            <w:vAlign w:val="center"/>
          </w:tcPr>
          <w:p>
            <w:pPr>
              <w:spacing w:after="0"/>
              <w:jc w:val="center"/>
            </w:pPr>
            <w:r/>
            <w:r>
              <w:rPr>
                <w:rFonts w:ascii="Times New Roman" w:hAnsi="Times New Roman" w:eastAsia="Times New Roman"/>
                <w:b/>
                <w:i w:val="0"/>
                <w:sz w:val="18"/>
                <w:u w:val="none"/>
              </w:rPr>
              <w:t>STT</w:t>
            </w:r>
          </w:p>
        </w:tc>
        <w:tc>
          <w:tcPr>
            <w:tcW w:type="dxa" w:w="1059"/>
            <w:vAlign w:val="center"/>
          </w:tcPr>
          <w:p>
            <w:pPr>
              <w:spacing w:after="0"/>
              <w:jc w:val="center"/>
            </w:pPr>
            <w:r/>
            <w:r>
              <w:rPr>
                <w:rFonts w:ascii="Times New Roman" w:hAnsi="Times New Roman" w:eastAsia="Times New Roman"/>
                <w:b/>
                <w:i w:val="0"/>
                <w:sz w:val="18"/>
                <w:u w:val="none"/>
              </w:rPr>
              <w:t>Họ và tên người phụ thuộc</w:t>
            </w:r>
          </w:p>
        </w:tc>
        <w:tc>
          <w:tcPr>
            <w:tcW w:type="dxa" w:w="810"/>
            <w:vAlign w:val="center"/>
          </w:tcPr>
          <w:p>
            <w:pPr>
              <w:spacing w:after="0"/>
              <w:jc w:val="center"/>
            </w:pPr>
            <w:r/>
            <w:r>
              <w:rPr>
                <w:rFonts w:ascii="Times New Roman" w:hAnsi="Times New Roman" w:eastAsia="Times New Roman"/>
                <w:b/>
                <w:i w:val="0"/>
                <w:sz w:val="18"/>
                <w:u w:val="none"/>
              </w:rPr>
              <w:t>Ngày, tháng, năm sinh</w:t>
            </w:r>
          </w:p>
        </w:tc>
        <w:tc>
          <w:tcPr>
            <w:tcW w:type="dxa" w:w="685"/>
            <w:vAlign w:val="center"/>
          </w:tcPr>
          <w:p>
            <w:pPr>
              <w:spacing w:after="0"/>
              <w:jc w:val="center"/>
            </w:pPr>
            <w:r/>
            <w:r>
              <w:rPr>
                <w:rFonts w:ascii="Times New Roman" w:hAnsi="Times New Roman" w:eastAsia="Times New Roman"/>
                <w:b/>
                <w:i w:val="0"/>
                <w:sz w:val="18"/>
                <w:u w:val="none"/>
              </w:rPr>
              <w:t>Quốc tịch</w:t>
            </w:r>
          </w:p>
        </w:tc>
        <w:tc>
          <w:tcPr>
            <w:tcW w:type="dxa" w:w="997"/>
            <w:vAlign w:val="center"/>
          </w:tcPr>
          <w:p>
            <w:pPr>
              <w:spacing w:after="0"/>
              <w:jc w:val="center"/>
            </w:pPr>
            <w:r/>
            <w:r>
              <w:rPr>
                <w:rFonts w:ascii="Times New Roman" w:hAnsi="Times New Roman" w:eastAsia="Times New Roman"/>
                <w:b/>
                <w:i w:val="0"/>
                <w:sz w:val="18"/>
                <w:u w:val="none"/>
              </w:rPr>
              <w:t>Số định danh cá nhân</w:t>
            </w:r>
          </w:p>
        </w:tc>
        <w:tc>
          <w:tcPr>
            <w:tcW w:type="dxa" w:w="685"/>
            <w:vAlign w:val="center"/>
          </w:tcPr>
          <w:p>
            <w:pPr>
              <w:spacing w:after="0"/>
              <w:jc w:val="center"/>
            </w:pPr>
            <w:r/>
            <w:r>
              <w:rPr>
                <w:rFonts w:ascii="Times New Roman" w:hAnsi="Times New Roman" w:eastAsia="Times New Roman"/>
                <w:b/>
                <w:i w:val="0"/>
                <w:sz w:val="18"/>
                <w:u w:val="none"/>
              </w:rPr>
              <w:t>Số Hộ chiếu</w:t>
            </w:r>
          </w:p>
        </w:tc>
        <w:tc>
          <w:tcPr>
            <w:tcW w:type="dxa" w:w="810"/>
            <w:vAlign w:val="center"/>
          </w:tcPr>
          <w:p>
            <w:pPr>
              <w:spacing w:after="0"/>
              <w:jc w:val="center"/>
            </w:pPr>
            <w:r/>
            <w:r>
              <w:rPr>
                <w:rFonts w:ascii="Times New Roman" w:hAnsi="Times New Roman" w:eastAsia="Times New Roman"/>
                <w:b/>
                <w:i w:val="0"/>
                <w:sz w:val="18"/>
                <w:u w:val="none"/>
              </w:rPr>
              <w:t>Ngày cấp Hộ chiếu</w:t>
            </w:r>
          </w:p>
        </w:tc>
        <w:tc>
          <w:tcPr>
            <w:tcW w:type="dxa" w:w="748"/>
            <w:vAlign w:val="center"/>
          </w:tcPr>
          <w:p>
            <w:pPr>
              <w:spacing w:after="0"/>
              <w:jc w:val="center"/>
            </w:pPr>
            <w:r/>
            <w:r>
              <w:rPr>
                <w:rFonts w:ascii="Times New Roman" w:hAnsi="Times New Roman" w:eastAsia="Times New Roman"/>
                <w:b/>
                <w:i w:val="0"/>
                <w:sz w:val="18"/>
                <w:u w:val="none"/>
              </w:rPr>
              <w:t>Nơi cấp Hộ chiếu</w:t>
            </w:r>
          </w:p>
        </w:tc>
        <w:tc>
          <w:tcPr>
            <w:tcW w:type="dxa" w:w="934"/>
            <w:vAlign w:val="center"/>
          </w:tcPr>
          <w:p>
            <w:pPr>
              <w:spacing w:after="0"/>
              <w:jc w:val="center"/>
            </w:pPr>
            <w:r/>
            <w:r>
              <w:rPr>
                <w:rFonts w:ascii="Times New Roman" w:hAnsi="Times New Roman" w:eastAsia="Times New Roman"/>
                <w:b/>
                <w:i w:val="0"/>
                <w:sz w:val="18"/>
                <w:u w:val="none"/>
              </w:rPr>
              <w:t>Địa chỉ nơi thường trú</w:t>
            </w:r>
          </w:p>
        </w:tc>
        <w:tc>
          <w:tcPr>
            <w:tcW w:type="dxa" w:w="810"/>
            <w:vAlign w:val="center"/>
          </w:tcPr>
          <w:p>
            <w:pPr>
              <w:spacing w:after="0"/>
              <w:jc w:val="center"/>
            </w:pPr>
            <w:r/>
            <w:r>
              <w:rPr>
                <w:rFonts w:ascii="Times New Roman" w:hAnsi="Times New Roman" w:eastAsia="Times New Roman"/>
                <w:b/>
                <w:i w:val="0"/>
                <w:sz w:val="18"/>
                <w:u w:val="none"/>
              </w:rPr>
              <w:t>Nơi ở hiện tại</w:t>
            </w:r>
          </w:p>
        </w:tc>
        <w:tc>
          <w:tcPr>
            <w:tcW w:type="dxa" w:w="997"/>
            <w:vAlign w:val="center"/>
          </w:tcPr>
          <w:p>
            <w:pPr>
              <w:spacing w:after="0"/>
              <w:jc w:val="center"/>
            </w:pPr>
            <w:r/>
            <w:r>
              <w:rPr>
                <w:rFonts w:ascii="Times New Roman" w:hAnsi="Times New Roman" w:eastAsia="Times New Roman"/>
                <w:b/>
                <w:i w:val="0"/>
                <w:sz w:val="18"/>
                <w:u w:val="none"/>
              </w:rPr>
              <w:t>Quan hệ với người nộp thuế</w:t>
            </w:r>
          </w:p>
        </w:tc>
        <w:tc>
          <w:tcPr>
            <w:tcW w:type="dxa" w:w="934"/>
            <w:vAlign w:val="center"/>
          </w:tcPr>
          <w:p>
            <w:pPr>
              <w:spacing w:after="0"/>
              <w:jc w:val="center"/>
            </w:pPr>
            <w:r/>
            <w:r>
              <w:rPr>
                <w:rFonts w:ascii="Times New Roman" w:hAnsi="Times New Roman" w:eastAsia="Times New Roman"/>
                <w:b/>
                <w:i w:val="0"/>
                <w:sz w:val="18"/>
                <w:u w:val="none"/>
              </w:rPr>
              <w:t>NPT mất năng lực hành vi dân sự</w:t>
            </w:r>
          </w:p>
        </w:tc>
        <w:tc>
          <w:tcPr>
            <w:tcW w:type="dxa" w:w="872"/>
            <w:vAlign w:val="center"/>
          </w:tcPr>
          <w:p>
            <w:pPr>
              <w:spacing w:after="0"/>
              <w:jc w:val="center"/>
            </w:pPr>
            <w:r/>
            <w:r>
              <w:rPr>
                <w:rFonts w:ascii="Times New Roman" w:hAnsi="Times New Roman" w:eastAsia="Times New Roman"/>
                <w:b/>
                <w:i w:val="0"/>
                <w:sz w:val="18"/>
                <w:u w:val="none"/>
              </w:rPr>
              <w:t>NPT là người khuyết tật</w:t>
            </w:r>
          </w:p>
        </w:tc>
        <w:tc>
          <w:tcPr>
            <w:tcW w:type="dxa" w:w="934"/>
            <w:vAlign w:val="center"/>
          </w:tcPr>
          <w:p>
            <w:pPr>
              <w:spacing w:after="0"/>
              <w:jc w:val="center"/>
            </w:pPr>
            <w:r/>
            <w:r>
              <w:rPr>
                <w:rFonts w:ascii="Times New Roman" w:hAnsi="Times New Roman" w:eastAsia="Times New Roman"/>
                <w:b/>
                <w:i w:val="0"/>
                <w:sz w:val="18"/>
                <w:u w:val="none"/>
              </w:rPr>
              <w:t>Tỷ lệ suy giảm khả năng lao động (%)</w:t>
            </w:r>
          </w:p>
        </w:tc>
        <w:tc>
          <w:tcPr>
            <w:tcW w:type="dxa" w:w="1059"/>
            <w:vAlign w:val="center"/>
          </w:tcPr>
          <w:p>
            <w:pPr>
              <w:spacing w:after="0"/>
              <w:jc w:val="center"/>
            </w:pPr>
            <w:r/>
            <w:r>
              <w:rPr>
                <w:rFonts w:ascii="Times New Roman" w:hAnsi="Times New Roman" w:eastAsia="Times New Roman"/>
                <w:b/>
                <w:i w:val="0"/>
                <w:sz w:val="18"/>
                <w:u w:val="none"/>
              </w:rPr>
              <w:t>Thu nhập bình quân tháng trong năm (đồng)</w:t>
            </w:r>
          </w:p>
        </w:tc>
        <w:tc>
          <w:tcPr>
            <w:tcW w:type="dxa" w:w="1121"/>
            <w:vAlign w:val="center"/>
          </w:tcPr>
          <w:p>
            <w:pPr>
              <w:spacing w:after="0"/>
              <w:jc w:val="center"/>
            </w:pPr>
            <w:r/>
            <w:r>
              <w:rPr>
                <w:rFonts w:ascii="Times New Roman" w:hAnsi="Times New Roman" w:eastAsia="Times New Roman"/>
                <w:b/>
                <w:i w:val="0"/>
                <w:sz w:val="18"/>
                <w:u w:val="none"/>
              </w:rPr>
              <w:t>Thời điểm bắt đầu tính giảm trừ (tháng/năm)</w:t>
            </w:r>
          </w:p>
        </w:tc>
        <w:tc>
          <w:tcPr>
            <w:tcW w:type="dxa" w:w="1184"/>
            <w:vAlign w:val="center"/>
          </w:tcPr>
          <w:p>
            <w:pPr>
              <w:spacing w:after="0"/>
              <w:jc w:val="center"/>
            </w:pPr>
            <w:r/>
            <w:r>
              <w:rPr>
                <w:rFonts w:ascii="Times New Roman" w:hAnsi="Times New Roman" w:eastAsia="Times New Roman"/>
                <w:b/>
                <w:i w:val="0"/>
                <w:sz w:val="18"/>
                <w:u w:val="none"/>
              </w:rPr>
              <w:t>Thời điểm kết thúc tính giảm trừ (tháng/năm)</w:t>
            </w:r>
          </w:p>
        </w:tc>
      </w:tr>
      <w:tr>
        <w:tc>
          <w:tcPr>
            <w:tcW w:type="dxa" w:w="498"/>
          </w:tcPr>
          <w:p>
            <w:pPr>
              <w:spacing w:after="0"/>
              <w:jc w:val="center"/>
            </w:pPr>
            <w:r/>
            <w:r>
              <w:rPr>
                <w:rFonts w:ascii="Times New Roman" w:hAnsi="Times New Roman" w:eastAsia="Times New Roman"/>
                <w:b w:val="0"/>
                <w:i w:val="0"/>
                <w:sz w:val="18"/>
                <w:u w:val="none"/>
              </w:rPr>
              <w:t>(1)</w:t>
            </w:r>
          </w:p>
        </w:tc>
        <w:tc>
          <w:tcPr>
            <w:tcW w:type="dxa" w:w="1059"/>
          </w:tcPr>
          <w:p>
            <w:pPr>
              <w:spacing w:after="0"/>
              <w:jc w:val="center"/>
            </w:pPr>
            <w:r/>
            <w:r>
              <w:rPr>
                <w:rFonts w:ascii="Times New Roman" w:hAnsi="Times New Roman" w:eastAsia="Times New Roman"/>
                <w:b w:val="0"/>
                <w:i w:val="0"/>
                <w:sz w:val="18"/>
                <w:u w:val="none"/>
              </w:rPr>
              <w:t>(2)</w:t>
            </w:r>
          </w:p>
        </w:tc>
        <w:tc>
          <w:tcPr>
            <w:tcW w:type="dxa" w:w="810"/>
          </w:tcPr>
          <w:p>
            <w:pPr>
              <w:spacing w:after="0"/>
              <w:jc w:val="center"/>
            </w:pPr>
            <w:r/>
            <w:r>
              <w:rPr>
                <w:rFonts w:ascii="Times New Roman" w:hAnsi="Times New Roman" w:eastAsia="Times New Roman"/>
                <w:b w:val="0"/>
                <w:i w:val="0"/>
                <w:sz w:val="18"/>
                <w:u w:val="none"/>
              </w:rPr>
              <w:t>(3)</w:t>
            </w:r>
          </w:p>
        </w:tc>
        <w:tc>
          <w:tcPr>
            <w:tcW w:type="dxa" w:w="685"/>
          </w:tcPr>
          <w:p>
            <w:pPr>
              <w:spacing w:after="0"/>
              <w:jc w:val="center"/>
            </w:pPr>
            <w:r/>
            <w:r>
              <w:rPr>
                <w:rFonts w:ascii="Times New Roman" w:hAnsi="Times New Roman" w:eastAsia="Times New Roman"/>
                <w:b w:val="0"/>
                <w:i w:val="0"/>
                <w:sz w:val="18"/>
                <w:u w:val="none"/>
              </w:rPr>
              <w:t>(4)</w:t>
            </w:r>
          </w:p>
        </w:tc>
        <w:tc>
          <w:tcPr>
            <w:tcW w:type="dxa" w:w="997"/>
          </w:tcPr>
          <w:p>
            <w:pPr>
              <w:spacing w:after="0"/>
              <w:jc w:val="center"/>
            </w:pPr>
            <w:r/>
            <w:r>
              <w:rPr>
                <w:rFonts w:ascii="Times New Roman" w:hAnsi="Times New Roman" w:eastAsia="Times New Roman"/>
                <w:b w:val="0"/>
                <w:i w:val="0"/>
                <w:sz w:val="18"/>
                <w:u w:val="none"/>
              </w:rPr>
              <w:t>(5)</w:t>
            </w:r>
          </w:p>
        </w:tc>
        <w:tc>
          <w:tcPr>
            <w:tcW w:type="dxa" w:w="685"/>
          </w:tcPr>
          <w:p>
            <w:pPr>
              <w:spacing w:after="0"/>
              <w:jc w:val="center"/>
            </w:pPr>
            <w:r/>
            <w:r>
              <w:rPr>
                <w:rFonts w:ascii="Times New Roman" w:hAnsi="Times New Roman" w:eastAsia="Times New Roman"/>
                <w:b w:val="0"/>
                <w:i w:val="0"/>
                <w:sz w:val="18"/>
                <w:u w:val="none"/>
              </w:rPr>
              <w:t>(6)</w:t>
            </w:r>
          </w:p>
        </w:tc>
        <w:tc>
          <w:tcPr>
            <w:tcW w:type="dxa" w:w="810"/>
          </w:tcPr>
          <w:p>
            <w:pPr>
              <w:spacing w:after="0"/>
              <w:jc w:val="center"/>
            </w:pPr>
            <w:r/>
            <w:r>
              <w:rPr>
                <w:rFonts w:ascii="Times New Roman" w:hAnsi="Times New Roman" w:eastAsia="Times New Roman"/>
                <w:b w:val="0"/>
                <w:i w:val="0"/>
                <w:sz w:val="18"/>
                <w:u w:val="none"/>
              </w:rPr>
              <w:t>(7)</w:t>
            </w:r>
          </w:p>
        </w:tc>
        <w:tc>
          <w:tcPr>
            <w:tcW w:type="dxa" w:w="748"/>
          </w:tcPr>
          <w:p>
            <w:pPr>
              <w:spacing w:after="0"/>
              <w:jc w:val="center"/>
            </w:pPr>
            <w:r/>
            <w:r>
              <w:rPr>
                <w:rFonts w:ascii="Times New Roman" w:hAnsi="Times New Roman" w:eastAsia="Times New Roman"/>
                <w:b w:val="0"/>
                <w:i w:val="0"/>
                <w:sz w:val="18"/>
                <w:u w:val="none"/>
              </w:rPr>
              <w:t>(8)</w:t>
            </w:r>
          </w:p>
        </w:tc>
        <w:tc>
          <w:tcPr>
            <w:tcW w:type="dxa" w:w="934"/>
          </w:tcPr>
          <w:p>
            <w:pPr>
              <w:spacing w:after="0"/>
              <w:jc w:val="center"/>
            </w:pPr>
            <w:r/>
            <w:r>
              <w:rPr>
                <w:rFonts w:ascii="Times New Roman" w:hAnsi="Times New Roman" w:eastAsia="Times New Roman"/>
                <w:b w:val="0"/>
                <w:i w:val="0"/>
                <w:sz w:val="18"/>
                <w:u w:val="none"/>
              </w:rPr>
              <w:t>(9)</w:t>
            </w:r>
          </w:p>
        </w:tc>
        <w:tc>
          <w:tcPr>
            <w:tcW w:type="dxa" w:w="810"/>
          </w:tcPr>
          <w:p>
            <w:pPr>
              <w:spacing w:after="0"/>
              <w:jc w:val="center"/>
            </w:pPr>
            <w:r/>
            <w:r>
              <w:rPr>
                <w:rFonts w:ascii="Times New Roman" w:hAnsi="Times New Roman" w:eastAsia="Times New Roman"/>
                <w:b w:val="0"/>
                <w:i w:val="0"/>
                <w:sz w:val="18"/>
                <w:u w:val="none"/>
              </w:rPr>
              <w:t>(10)</w:t>
            </w:r>
          </w:p>
        </w:tc>
        <w:tc>
          <w:tcPr>
            <w:tcW w:type="dxa" w:w="997"/>
          </w:tcPr>
          <w:p>
            <w:pPr>
              <w:spacing w:after="0"/>
              <w:jc w:val="center"/>
            </w:pPr>
            <w:r/>
            <w:r>
              <w:rPr>
                <w:rFonts w:ascii="Times New Roman" w:hAnsi="Times New Roman" w:eastAsia="Times New Roman"/>
                <w:b w:val="0"/>
                <w:i w:val="0"/>
                <w:sz w:val="18"/>
                <w:u w:val="none"/>
              </w:rPr>
              <w:t>(11)</w:t>
            </w:r>
          </w:p>
        </w:tc>
        <w:tc>
          <w:tcPr>
            <w:tcW w:type="dxa" w:w="934"/>
          </w:tcPr>
          <w:p>
            <w:pPr>
              <w:spacing w:after="0"/>
              <w:jc w:val="center"/>
            </w:pPr>
            <w:r/>
            <w:r>
              <w:rPr>
                <w:rFonts w:ascii="Times New Roman" w:hAnsi="Times New Roman" w:eastAsia="Times New Roman"/>
                <w:b w:val="0"/>
                <w:i w:val="0"/>
                <w:sz w:val="18"/>
                <w:u w:val="none"/>
              </w:rPr>
              <w:t>(12)</w:t>
            </w:r>
          </w:p>
        </w:tc>
        <w:tc>
          <w:tcPr>
            <w:tcW w:type="dxa" w:w="872"/>
          </w:tcPr>
          <w:p>
            <w:pPr>
              <w:spacing w:after="0"/>
              <w:jc w:val="center"/>
            </w:pPr>
            <w:r/>
            <w:r>
              <w:rPr>
                <w:rFonts w:ascii="Times New Roman" w:hAnsi="Times New Roman" w:eastAsia="Times New Roman"/>
                <w:b w:val="0"/>
                <w:i w:val="0"/>
                <w:sz w:val="18"/>
                <w:u w:val="none"/>
              </w:rPr>
              <w:t>(13)</w:t>
            </w:r>
          </w:p>
        </w:tc>
        <w:tc>
          <w:tcPr>
            <w:tcW w:type="dxa" w:w="934"/>
          </w:tcPr>
          <w:p>
            <w:pPr>
              <w:spacing w:after="0"/>
              <w:jc w:val="center"/>
            </w:pPr>
            <w:r/>
            <w:r>
              <w:rPr>
                <w:rFonts w:ascii="Times New Roman" w:hAnsi="Times New Roman" w:eastAsia="Times New Roman"/>
                <w:b w:val="0"/>
                <w:i w:val="0"/>
                <w:sz w:val="18"/>
                <w:u w:val="none"/>
              </w:rPr>
              <w:t>(14)</w:t>
            </w:r>
          </w:p>
        </w:tc>
        <w:tc>
          <w:tcPr>
            <w:tcW w:type="dxa" w:w="1059"/>
          </w:tcPr>
          <w:p>
            <w:pPr>
              <w:spacing w:after="0"/>
              <w:jc w:val="center"/>
            </w:pPr>
            <w:r/>
            <w:r>
              <w:rPr>
                <w:rFonts w:ascii="Times New Roman" w:hAnsi="Times New Roman" w:eastAsia="Times New Roman"/>
                <w:b w:val="0"/>
                <w:i w:val="0"/>
                <w:sz w:val="18"/>
                <w:u w:val="none"/>
              </w:rPr>
              <w:t>(15)</w:t>
            </w:r>
          </w:p>
        </w:tc>
        <w:tc>
          <w:tcPr>
            <w:tcW w:type="dxa" w:w="1121"/>
          </w:tcPr>
          <w:p>
            <w:pPr>
              <w:spacing w:after="0"/>
              <w:jc w:val="center"/>
            </w:pPr>
            <w:r/>
            <w:r>
              <w:rPr>
                <w:rFonts w:ascii="Times New Roman" w:hAnsi="Times New Roman" w:eastAsia="Times New Roman"/>
                <w:b w:val="0"/>
                <w:i w:val="0"/>
                <w:sz w:val="18"/>
                <w:u w:val="none"/>
              </w:rPr>
              <w:t>(16)</w:t>
            </w:r>
          </w:p>
        </w:tc>
        <w:tc>
          <w:tcPr>
            <w:tcW w:type="dxa" w:w="1184"/>
          </w:tcPr>
          <w:p>
            <w:pPr>
              <w:spacing w:after="0"/>
              <w:jc w:val="center"/>
            </w:pPr>
            <w:r/>
            <w:r>
              <w:rPr>
                <w:rFonts w:ascii="Times New Roman" w:hAnsi="Times New Roman" w:eastAsia="Times New Roman"/>
                <w:b w:val="0"/>
                <w:i w:val="0"/>
                <w:sz w:val="18"/>
                <w:u w:val="none"/>
              </w:rPr>
              <w:t>(17)</w:t>
            </w:r>
          </w:p>
        </w:tc>
      </w:tr>
      <w:tr>
        <w:trPr>
          <w:trHeight w:val="397"/>
        </w:trPr>
        <w:tc>
          <w:tcPr>
            <w:tcW w:type="dxa" w:w="498"/>
          </w:tcPr>
          <w:p>
            <w:pPr>
              <w:spacing w:after="0"/>
              <w:jc w:val="center"/>
            </w:pPr>
            <w:r/>
            <w:r>
              <w:rPr>
                <w:rFonts w:ascii="Times New Roman" w:hAnsi="Times New Roman" w:eastAsia="Times New Roman"/>
                <w:b w:val="0"/>
                <w:i w:val="0"/>
                <w:sz w:val="18"/>
                <w:u w:val="none"/>
              </w:rPr>
              <w:t>1</w:t>
            </w:r>
          </w:p>
        </w:tc>
        <w:tc>
          <w:tcPr>
            <w:tcW w:type="dxa" w:w="1059"/>
          </w:tcPr>
          <w:p>
            <w:pPr>
              <w:spacing w:after="0"/>
              <w:jc w:val="center"/>
            </w:pPr>
            <w:r/>
            <w:r>
              <w:rPr>
                <w:rFonts w:ascii="Times New Roman" w:hAnsi="Times New Roman" w:eastAsia="Times New Roman"/>
                <w:b w:val="0"/>
                <w:i w:val="0"/>
                <w:sz w:val="18"/>
                <w:u w:val="none"/>
              </w:rPr>
            </w:r>
          </w:p>
        </w:tc>
        <w:tc>
          <w:tcPr>
            <w:tcW w:type="dxa" w:w="810"/>
          </w:tcPr>
          <w:p>
            <w:pPr>
              <w:spacing w:after="0"/>
              <w:jc w:val="center"/>
            </w:pPr>
            <w:r/>
            <w:r>
              <w:rPr>
                <w:rFonts w:ascii="Times New Roman" w:hAnsi="Times New Roman" w:eastAsia="Times New Roman"/>
                <w:b w:val="0"/>
                <w:i w:val="0"/>
                <w:sz w:val="18"/>
                <w:u w:val="none"/>
              </w:rPr>
            </w:r>
          </w:p>
        </w:tc>
        <w:tc>
          <w:tcPr>
            <w:tcW w:type="dxa" w:w="685"/>
          </w:tcPr>
          <w:p>
            <w:pPr>
              <w:spacing w:after="0"/>
              <w:jc w:val="center"/>
            </w:pPr>
            <w:r/>
            <w:r>
              <w:rPr>
                <w:rFonts w:ascii="Times New Roman" w:hAnsi="Times New Roman" w:eastAsia="Times New Roman"/>
                <w:b w:val="0"/>
                <w:i w:val="0"/>
                <w:sz w:val="18"/>
                <w:u w:val="none"/>
              </w:rPr>
            </w:r>
          </w:p>
        </w:tc>
        <w:tc>
          <w:tcPr>
            <w:tcW w:type="dxa" w:w="997"/>
          </w:tcPr>
          <w:p>
            <w:pPr>
              <w:spacing w:after="0"/>
              <w:jc w:val="center"/>
            </w:pPr>
            <w:r/>
            <w:r>
              <w:rPr>
                <w:rFonts w:ascii="Times New Roman" w:hAnsi="Times New Roman" w:eastAsia="Times New Roman"/>
                <w:b w:val="0"/>
                <w:i w:val="0"/>
                <w:sz w:val="18"/>
                <w:u w:val="none"/>
              </w:rPr>
            </w:r>
          </w:p>
        </w:tc>
        <w:tc>
          <w:tcPr>
            <w:tcW w:type="dxa" w:w="685"/>
          </w:tcPr>
          <w:p>
            <w:pPr>
              <w:spacing w:after="0"/>
              <w:jc w:val="center"/>
            </w:pPr>
            <w:r/>
            <w:r>
              <w:rPr>
                <w:rFonts w:ascii="Times New Roman" w:hAnsi="Times New Roman" w:eastAsia="Times New Roman"/>
                <w:b w:val="0"/>
                <w:i w:val="0"/>
                <w:sz w:val="18"/>
                <w:u w:val="none"/>
              </w:rPr>
            </w:r>
          </w:p>
        </w:tc>
        <w:tc>
          <w:tcPr>
            <w:tcW w:type="dxa" w:w="810"/>
          </w:tcPr>
          <w:p>
            <w:pPr>
              <w:spacing w:after="0"/>
              <w:jc w:val="center"/>
            </w:pPr>
            <w:r/>
            <w:r>
              <w:rPr>
                <w:rFonts w:ascii="Times New Roman" w:hAnsi="Times New Roman" w:eastAsia="Times New Roman"/>
                <w:b w:val="0"/>
                <w:i w:val="0"/>
                <w:sz w:val="18"/>
                <w:u w:val="none"/>
              </w:rPr>
            </w:r>
          </w:p>
        </w:tc>
        <w:tc>
          <w:tcPr>
            <w:tcW w:type="dxa" w:w="748"/>
          </w:tcPr>
          <w:p>
            <w:pPr>
              <w:spacing w:after="0"/>
              <w:jc w:val="center"/>
            </w:pPr>
            <w:r/>
            <w:r>
              <w:rPr>
                <w:rFonts w:ascii="Times New Roman" w:hAnsi="Times New Roman" w:eastAsia="Times New Roman"/>
                <w:b w:val="0"/>
                <w:i w:val="0"/>
                <w:sz w:val="18"/>
                <w:u w:val="none"/>
              </w:rPr>
            </w:r>
          </w:p>
        </w:tc>
        <w:tc>
          <w:tcPr>
            <w:tcW w:type="dxa" w:w="934"/>
          </w:tcPr>
          <w:p>
            <w:pPr>
              <w:spacing w:after="0"/>
              <w:jc w:val="center"/>
            </w:pPr>
            <w:r/>
            <w:r>
              <w:rPr>
                <w:rFonts w:ascii="Times New Roman" w:hAnsi="Times New Roman" w:eastAsia="Times New Roman"/>
                <w:b w:val="0"/>
                <w:i w:val="0"/>
                <w:sz w:val="18"/>
                <w:u w:val="none"/>
              </w:rPr>
            </w:r>
          </w:p>
        </w:tc>
        <w:tc>
          <w:tcPr>
            <w:tcW w:type="dxa" w:w="810"/>
          </w:tcPr>
          <w:p>
            <w:pPr>
              <w:spacing w:after="0"/>
              <w:jc w:val="center"/>
            </w:pPr>
            <w:r/>
            <w:r>
              <w:rPr>
                <w:rFonts w:ascii="Times New Roman" w:hAnsi="Times New Roman" w:eastAsia="Times New Roman"/>
                <w:b w:val="0"/>
                <w:i w:val="0"/>
                <w:sz w:val="18"/>
                <w:u w:val="none"/>
              </w:rPr>
            </w:r>
          </w:p>
        </w:tc>
        <w:tc>
          <w:tcPr>
            <w:tcW w:type="dxa" w:w="997"/>
          </w:tcPr>
          <w:p>
            <w:pPr>
              <w:spacing w:after="0"/>
              <w:jc w:val="center"/>
            </w:pPr>
            <w:r/>
            <w:r>
              <w:rPr>
                <w:rFonts w:ascii="Times New Roman" w:hAnsi="Times New Roman" w:eastAsia="Times New Roman"/>
                <w:b w:val="0"/>
                <w:i w:val="0"/>
                <w:sz w:val="18"/>
                <w:u w:val="none"/>
              </w:rPr>
            </w:r>
          </w:p>
        </w:tc>
        <w:tc>
          <w:tcPr>
            <w:tcW w:type="dxa" w:w="934"/>
          </w:tcPr>
          <w:p>
            <w:pPr>
              <w:spacing w:after="0"/>
              <w:jc w:val="center"/>
            </w:pPr>
            <w:r/>
            <w:r>
              <w:rPr>
                <w:rFonts w:ascii="Times New Roman" w:hAnsi="Times New Roman" w:eastAsia="Times New Roman"/>
                <w:b w:val="0"/>
                <w:i w:val="0"/>
                <w:sz w:val="18"/>
                <w:u w:val="none"/>
              </w:rPr>
            </w:r>
          </w:p>
        </w:tc>
        <w:tc>
          <w:tcPr>
            <w:tcW w:type="dxa" w:w="872"/>
          </w:tcPr>
          <w:p>
            <w:pPr>
              <w:spacing w:after="0"/>
              <w:jc w:val="center"/>
            </w:pPr>
            <w:r/>
            <w:r>
              <w:rPr>
                <w:rFonts w:ascii="Times New Roman" w:hAnsi="Times New Roman" w:eastAsia="Times New Roman"/>
                <w:b w:val="0"/>
                <w:i w:val="0"/>
                <w:sz w:val="18"/>
                <w:u w:val="none"/>
              </w:rPr>
            </w:r>
          </w:p>
        </w:tc>
        <w:tc>
          <w:tcPr>
            <w:tcW w:type="dxa" w:w="934"/>
          </w:tcPr>
          <w:p>
            <w:pPr>
              <w:spacing w:after="0"/>
              <w:jc w:val="center"/>
            </w:pPr>
            <w:r/>
            <w:r>
              <w:rPr>
                <w:rFonts w:ascii="Times New Roman" w:hAnsi="Times New Roman" w:eastAsia="Times New Roman"/>
                <w:b w:val="0"/>
                <w:i w:val="0"/>
                <w:sz w:val="18"/>
                <w:u w:val="none"/>
              </w:rPr>
            </w:r>
          </w:p>
        </w:tc>
        <w:tc>
          <w:tcPr>
            <w:tcW w:type="dxa" w:w="1059"/>
          </w:tcPr>
          <w:p>
            <w:pPr>
              <w:spacing w:after="0"/>
              <w:jc w:val="center"/>
            </w:pPr>
            <w:r/>
            <w:r>
              <w:rPr>
                <w:rFonts w:ascii="Times New Roman" w:hAnsi="Times New Roman" w:eastAsia="Times New Roman"/>
                <w:b w:val="0"/>
                <w:i w:val="0"/>
                <w:sz w:val="18"/>
                <w:u w:val="none"/>
              </w:rPr>
            </w:r>
          </w:p>
        </w:tc>
        <w:tc>
          <w:tcPr>
            <w:tcW w:type="dxa" w:w="1121"/>
          </w:tcPr>
          <w:p>
            <w:pPr>
              <w:spacing w:after="0"/>
              <w:jc w:val="center"/>
            </w:pPr>
            <w:r/>
            <w:r>
              <w:rPr>
                <w:rFonts w:ascii="Times New Roman" w:hAnsi="Times New Roman" w:eastAsia="Times New Roman"/>
                <w:b w:val="0"/>
                <w:i w:val="0"/>
                <w:sz w:val="18"/>
                <w:u w:val="none"/>
              </w:rPr>
            </w:r>
          </w:p>
        </w:tc>
        <w:tc>
          <w:tcPr>
            <w:tcW w:type="dxa" w:w="1184"/>
          </w:tcPr>
          <w:p>
            <w:pPr>
              <w:spacing w:after="0"/>
              <w:jc w:val="center"/>
            </w:pPr>
            <w:r/>
            <w:r>
              <w:rPr>
                <w:rFonts w:ascii="Times New Roman" w:hAnsi="Times New Roman" w:eastAsia="Times New Roman"/>
                <w:b w:val="0"/>
                <w:i w:val="0"/>
                <w:sz w:val="18"/>
                <w:u w:val="none"/>
              </w:rPr>
            </w:r>
          </w:p>
        </w:tc>
      </w:tr>
      <w:tr>
        <w:trPr>
          <w:trHeight w:val="397"/>
        </w:trPr>
        <w:tc>
          <w:tcPr>
            <w:tcW w:type="dxa" w:w="498"/>
          </w:tcPr>
          <w:p>
            <w:pPr>
              <w:spacing w:after="0"/>
              <w:jc w:val="center"/>
            </w:pPr>
            <w:r/>
            <w:r>
              <w:rPr>
                <w:rFonts w:ascii="Times New Roman" w:hAnsi="Times New Roman" w:eastAsia="Times New Roman"/>
                <w:b w:val="0"/>
                <w:i w:val="0"/>
                <w:sz w:val="18"/>
                <w:u w:val="none"/>
              </w:rPr>
              <w:t>2</w:t>
            </w:r>
          </w:p>
        </w:tc>
        <w:tc>
          <w:tcPr>
            <w:tcW w:type="dxa" w:w="1059"/>
          </w:tcPr>
          <w:p>
            <w:pPr>
              <w:spacing w:after="0"/>
              <w:jc w:val="center"/>
            </w:pPr>
            <w:r/>
            <w:r>
              <w:rPr>
                <w:rFonts w:ascii="Times New Roman" w:hAnsi="Times New Roman" w:eastAsia="Times New Roman"/>
                <w:b w:val="0"/>
                <w:i w:val="0"/>
                <w:sz w:val="18"/>
                <w:u w:val="none"/>
              </w:rPr>
            </w:r>
          </w:p>
        </w:tc>
        <w:tc>
          <w:tcPr>
            <w:tcW w:type="dxa" w:w="810"/>
          </w:tcPr>
          <w:p>
            <w:pPr>
              <w:spacing w:after="0"/>
              <w:jc w:val="center"/>
            </w:pPr>
            <w:r/>
            <w:r>
              <w:rPr>
                <w:rFonts w:ascii="Times New Roman" w:hAnsi="Times New Roman" w:eastAsia="Times New Roman"/>
                <w:b w:val="0"/>
                <w:i w:val="0"/>
                <w:sz w:val="18"/>
                <w:u w:val="none"/>
              </w:rPr>
            </w:r>
          </w:p>
        </w:tc>
        <w:tc>
          <w:tcPr>
            <w:tcW w:type="dxa" w:w="685"/>
          </w:tcPr>
          <w:p>
            <w:pPr>
              <w:spacing w:after="0"/>
              <w:jc w:val="center"/>
            </w:pPr>
            <w:r/>
            <w:r>
              <w:rPr>
                <w:rFonts w:ascii="Times New Roman" w:hAnsi="Times New Roman" w:eastAsia="Times New Roman"/>
                <w:b w:val="0"/>
                <w:i w:val="0"/>
                <w:sz w:val="18"/>
                <w:u w:val="none"/>
              </w:rPr>
            </w:r>
          </w:p>
        </w:tc>
        <w:tc>
          <w:tcPr>
            <w:tcW w:type="dxa" w:w="997"/>
          </w:tcPr>
          <w:p>
            <w:pPr>
              <w:spacing w:after="0"/>
              <w:jc w:val="center"/>
            </w:pPr>
            <w:r/>
            <w:r>
              <w:rPr>
                <w:rFonts w:ascii="Times New Roman" w:hAnsi="Times New Roman" w:eastAsia="Times New Roman"/>
                <w:b w:val="0"/>
                <w:i w:val="0"/>
                <w:sz w:val="18"/>
                <w:u w:val="none"/>
              </w:rPr>
            </w:r>
          </w:p>
        </w:tc>
        <w:tc>
          <w:tcPr>
            <w:tcW w:type="dxa" w:w="685"/>
          </w:tcPr>
          <w:p>
            <w:pPr>
              <w:spacing w:after="0"/>
              <w:jc w:val="center"/>
            </w:pPr>
            <w:r/>
            <w:r>
              <w:rPr>
                <w:rFonts w:ascii="Times New Roman" w:hAnsi="Times New Roman" w:eastAsia="Times New Roman"/>
                <w:b w:val="0"/>
                <w:i w:val="0"/>
                <w:sz w:val="18"/>
                <w:u w:val="none"/>
              </w:rPr>
            </w:r>
          </w:p>
        </w:tc>
        <w:tc>
          <w:tcPr>
            <w:tcW w:type="dxa" w:w="810"/>
          </w:tcPr>
          <w:p>
            <w:pPr>
              <w:spacing w:after="0"/>
              <w:jc w:val="center"/>
            </w:pPr>
            <w:r/>
            <w:r>
              <w:rPr>
                <w:rFonts w:ascii="Times New Roman" w:hAnsi="Times New Roman" w:eastAsia="Times New Roman"/>
                <w:b w:val="0"/>
                <w:i w:val="0"/>
                <w:sz w:val="18"/>
                <w:u w:val="none"/>
              </w:rPr>
            </w:r>
          </w:p>
        </w:tc>
        <w:tc>
          <w:tcPr>
            <w:tcW w:type="dxa" w:w="748"/>
          </w:tcPr>
          <w:p>
            <w:pPr>
              <w:spacing w:after="0"/>
              <w:jc w:val="center"/>
            </w:pPr>
            <w:r/>
            <w:r>
              <w:rPr>
                <w:rFonts w:ascii="Times New Roman" w:hAnsi="Times New Roman" w:eastAsia="Times New Roman"/>
                <w:b w:val="0"/>
                <w:i w:val="0"/>
                <w:sz w:val="18"/>
                <w:u w:val="none"/>
              </w:rPr>
            </w:r>
          </w:p>
        </w:tc>
        <w:tc>
          <w:tcPr>
            <w:tcW w:type="dxa" w:w="934"/>
          </w:tcPr>
          <w:p>
            <w:pPr>
              <w:spacing w:after="0"/>
              <w:jc w:val="center"/>
            </w:pPr>
            <w:r/>
            <w:r>
              <w:rPr>
                <w:rFonts w:ascii="Times New Roman" w:hAnsi="Times New Roman" w:eastAsia="Times New Roman"/>
                <w:b w:val="0"/>
                <w:i w:val="0"/>
                <w:sz w:val="18"/>
                <w:u w:val="none"/>
              </w:rPr>
            </w:r>
          </w:p>
        </w:tc>
        <w:tc>
          <w:tcPr>
            <w:tcW w:type="dxa" w:w="810"/>
          </w:tcPr>
          <w:p>
            <w:pPr>
              <w:spacing w:after="0"/>
              <w:jc w:val="center"/>
            </w:pPr>
            <w:r/>
            <w:r>
              <w:rPr>
                <w:rFonts w:ascii="Times New Roman" w:hAnsi="Times New Roman" w:eastAsia="Times New Roman"/>
                <w:b w:val="0"/>
                <w:i w:val="0"/>
                <w:sz w:val="18"/>
                <w:u w:val="none"/>
              </w:rPr>
            </w:r>
          </w:p>
        </w:tc>
        <w:tc>
          <w:tcPr>
            <w:tcW w:type="dxa" w:w="997"/>
          </w:tcPr>
          <w:p>
            <w:pPr>
              <w:spacing w:after="0"/>
              <w:jc w:val="center"/>
            </w:pPr>
            <w:r/>
            <w:r>
              <w:rPr>
                <w:rFonts w:ascii="Times New Roman" w:hAnsi="Times New Roman" w:eastAsia="Times New Roman"/>
                <w:b w:val="0"/>
                <w:i w:val="0"/>
                <w:sz w:val="18"/>
                <w:u w:val="none"/>
              </w:rPr>
            </w:r>
          </w:p>
        </w:tc>
        <w:tc>
          <w:tcPr>
            <w:tcW w:type="dxa" w:w="934"/>
          </w:tcPr>
          <w:p>
            <w:pPr>
              <w:spacing w:after="0"/>
              <w:jc w:val="center"/>
            </w:pPr>
            <w:r/>
            <w:r>
              <w:rPr>
                <w:rFonts w:ascii="Times New Roman" w:hAnsi="Times New Roman" w:eastAsia="Times New Roman"/>
                <w:b w:val="0"/>
                <w:i w:val="0"/>
                <w:sz w:val="18"/>
                <w:u w:val="none"/>
              </w:rPr>
            </w:r>
          </w:p>
        </w:tc>
        <w:tc>
          <w:tcPr>
            <w:tcW w:type="dxa" w:w="872"/>
          </w:tcPr>
          <w:p>
            <w:pPr>
              <w:spacing w:after="0"/>
              <w:jc w:val="center"/>
            </w:pPr>
            <w:r/>
            <w:r>
              <w:rPr>
                <w:rFonts w:ascii="Times New Roman" w:hAnsi="Times New Roman" w:eastAsia="Times New Roman"/>
                <w:b w:val="0"/>
                <w:i w:val="0"/>
                <w:sz w:val="18"/>
                <w:u w:val="none"/>
              </w:rPr>
            </w:r>
          </w:p>
        </w:tc>
        <w:tc>
          <w:tcPr>
            <w:tcW w:type="dxa" w:w="934"/>
          </w:tcPr>
          <w:p>
            <w:pPr>
              <w:spacing w:after="0"/>
              <w:jc w:val="center"/>
            </w:pPr>
            <w:r/>
            <w:r>
              <w:rPr>
                <w:rFonts w:ascii="Times New Roman" w:hAnsi="Times New Roman" w:eastAsia="Times New Roman"/>
                <w:b w:val="0"/>
                <w:i w:val="0"/>
                <w:sz w:val="18"/>
                <w:u w:val="none"/>
              </w:rPr>
            </w:r>
          </w:p>
        </w:tc>
        <w:tc>
          <w:tcPr>
            <w:tcW w:type="dxa" w:w="1059"/>
          </w:tcPr>
          <w:p>
            <w:pPr>
              <w:spacing w:after="0"/>
              <w:jc w:val="center"/>
            </w:pPr>
            <w:r/>
            <w:r>
              <w:rPr>
                <w:rFonts w:ascii="Times New Roman" w:hAnsi="Times New Roman" w:eastAsia="Times New Roman"/>
                <w:b w:val="0"/>
                <w:i w:val="0"/>
                <w:sz w:val="18"/>
                <w:u w:val="none"/>
              </w:rPr>
            </w:r>
          </w:p>
        </w:tc>
        <w:tc>
          <w:tcPr>
            <w:tcW w:type="dxa" w:w="1121"/>
          </w:tcPr>
          <w:p>
            <w:pPr>
              <w:spacing w:after="0"/>
              <w:jc w:val="center"/>
            </w:pPr>
            <w:r/>
            <w:r>
              <w:rPr>
                <w:rFonts w:ascii="Times New Roman" w:hAnsi="Times New Roman" w:eastAsia="Times New Roman"/>
                <w:b w:val="0"/>
                <w:i w:val="0"/>
                <w:sz w:val="18"/>
                <w:u w:val="none"/>
              </w:rPr>
            </w:r>
          </w:p>
        </w:tc>
        <w:tc>
          <w:tcPr>
            <w:tcW w:type="dxa" w:w="1184"/>
          </w:tcPr>
          <w:p>
            <w:pPr>
              <w:spacing w:after="0"/>
              <w:jc w:val="center"/>
            </w:pPr>
            <w:r/>
            <w:r>
              <w:rPr>
                <w:rFonts w:ascii="Times New Roman" w:hAnsi="Times New Roman" w:eastAsia="Times New Roman"/>
                <w:b w:val="0"/>
                <w:i w:val="0"/>
                <w:sz w:val="18"/>
                <w:u w:val="none"/>
              </w:rPr>
            </w:r>
          </w:p>
        </w:tc>
      </w:tr>
      <w:tr>
        <w:trPr>
          <w:trHeight w:val="397"/>
        </w:trPr>
        <w:tc>
          <w:tcPr>
            <w:tcW w:type="dxa" w:w="498"/>
          </w:tcPr>
          <w:p>
            <w:pPr>
              <w:spacing w:after="0"/>
              <w:jc w:val="center"/>
            </w:pPr>
            <w:r/>
            <w:r>
              <w:rPr>
                <w:rFonts w:ascii="Times New Roman" w:hAnsi="Times New Roman" w:eastAsia="Times New Roman"/>
                <w:b w:val="0"/>
                <w:i w:val="0"/>
                <w:sz w:val="18"/>
                <w:u w:val="none"/>
              </w:rPr>
              <w:t>...</w:t>
            </w:r>
          </w:p>
        </w:tc>
        <w:tc>
          <w:tcPr>
            <w:tcW w:type="dxa" w:w="1059"/>
          </w:tcPr>
          <w:p>
            <w:pPr>
              <w:spacing w:after="0"/>
              <w:jc w:val="center"/>
            </w:pPr>
            <w:r/>
            <w:r>
              <w:rPr>
                <w:rFonts w:ascii="Times New Roman" w:hAnsi="Times New Roman" w:eastAsia="Times New Roman"/>
                <w:b w:val="0"/>
                <w:i w:val="0"/>
                <w:sz w:val="18"/>
                <w:u w:val="none"/>
              </w:rPr>
            </w:r>
          </w:p>
        </w:tc>
        <w:tc>
          <w:tcPr>
            <w:tcW w:type="dxa" w:w="810"/>
          </w:tcPr>
          <w:p>
            <w:pPr>
              <w:spacing w:after="0"/>
              <w:jc w:val="center"/>
            </w:pPr>
            <w:r/>
            <w:r>
              <w:rPr>
                <w:rFonts w:ascii="Times New Roman" w:hAnsi="Times New Roman" w:eastAsia="Times New Roman"/>
                <w:b w:val="0"/>
                <w:i w:val="0"/>
                <w:sz w:val="18"/>
                <w:u w:val="none"/>
              </w:rPr>
            </w:r>
          </w:p>
        </w:tc>
        <w:tc>
          <w:tcPr>
            <w:tcW w:type="dxa" w:w="685"/>
          </w:tcPr>
          <w:p>
            <w:pPr>
              <w:spacing w:after="0"/>
              <w:jc w:val="center"/>
            </w:pPr>
            <w:r/>
            <w:r>
              <w:rPr>
                <w:rFonts w:ascii="Times New Roman" w:hAnsi="Times New Roman" w:eastAsia="Times New Roman"/>
                <w:b w:val="0"/>
                <w:i w:val="0"/>
                <w:sz w:val="18"/>
                <w:u w:val="none"/>
              </w:rPr>
            </w:r>
          </w:p>
        </w:tc>
        <w:tc>
          <w:tcPr>
            <w:tcW w:type="dxa" w:w="997"/>
          </w:tcPr>
          <w:p>
            <w:pPr>
              <w:spacing w:after="0"/>
              <w:jc w:val="center"/>
            </w:pPr>
            <w:r/>
            <w:r>
              <w:rPr>
                <w:rFonts w:ascii="Times New Roman" w:hAnsi="Times New Roman" w:eastAsia="Times New Roman"/>
                <w:b w:val="0"/>
                <w:i w:val="0"/>
                <w:sz w:val="18"/>
                <w:u w:val="none"/>
              </w:rPr>
            </w:r>
          </w:p>
        </w:tc>
        <w:tc>
          <w:tcPr>
            <w:tcW w:type="dxa" w:w="685"/>
          </w:tcPr>
          <w:p>
            <w:pPr>
              <w:spacing w:after="0"/>
              <w:jc w:val="center"/>
            </w:pPr>
            <w:r/>
            <w:r>
              <w:rPr>
                <w:rFonts w:ascii="Times New Roman" w:hAnsi="Times New Roman" w:eastAsia="Times New Roman"/>
                <w:b w:val="0"/>
                <w:i w:val="0"/>
                <w:sz w:val="18"/>
                <w:u w:val="none"/>
              </w:rPr>
            </w:r>
          </w:p>
        </w:tc>
        <w:tc>
          <w:tcPr>
            <w:tcW w:type="dxa" w:w="810"/>
          </w:tcPr>
          <w:p>
            <w:pPr>
              <w:spacing w:after="0"/>
              <w:jc w:val="center"/>
            </w:pPr>
            <w:r/>
            <w:r>
              <w:rPr>
                <w:rFonts w:ascii="Times New Roman" w:hAnsi="Times New Roman" w:eastAsia="Times New Roman"/>
                <w:b w:val="0"/>
                <w:i w:val="0"/>
                <w:sz w:val="18"/>
                <w:u w:val="none"/>
              </w:rPr>
            </w:r>
          </w:p>
        </w:tc>
        <w:tc>
          <w:tcPr>
            <w:tcW w:type="dxa" w:w="748"/>
          </w:tcPr>
          <w:p>
            <w:pPr>
              <w:spacing w:after="0"/>
              <w:jc w:val="center"/>
            </w:pPr>
            <w:r/>
            <w:r>
              <w:rPr>
                <w:rFonts w:ascii="Times New Roman" w:hAnsi="Times New Roman" w:eastAsia="Times New Roman"/>
                <w:b w:val="0"/>
                <w:i w:val="0"/>
                <w:sz w:val="18"/>
                <w:u w:val="none"/>
              </w:rPr>
            </w:r>
          </w:p>
        </w:tc>
        <w:tc>
          <w:tcPr>
            <w:tcW w:type="dxa" w:w="934"/>
          </w:tcPr>
          <w:p>
            <w:pPr>
              <w:spacing w:after="0"/>
              <w:jc w:val="center"/>
            </w:pPr>
            <w:r/>
            <w:r>
              <w:rPr>
                <w:rFonts w:ascii="Times New Roman" w:hAnsi="Times New Roman" w:eastAsia="Times New Roman"/>
                <w:b w:val="0"/>
                <w:i w:val="0"/>
                <w:sz w:val="18"/>
                <w:u w:val="none"/>
              </w:rPr>
            </w:r>
          </w:p>
        </w:tc>
        <w:tc>
          <w:tcPr>
            <w:tcW w:type="dxa" w:w="810"/>
          </w:tcPr>
          <w:p>
            <w:pPr>
              <w:spacing w:after="0"/>
              <w:jc w:val="center"/>
            </w:pPr>
            <w:r/>
            <w:r>
              <w:rPr>
                <w:rFonts w:ascii="Times New Roman" w:hAnsi="Times New Roman" w:eastAsia="Times New Roman"/>
                <w:b w:val="0"/>
                <w:i w:val="0"/>
                <w:sz w:val="18"/>
                <w:u w:val="none"/>
              </w:rPr>
            </w:r>
          </w:p>
        </w:tc>
        <w:tc>
          <w:tcPr>
            <w:tcW w:type="dxa" w:w="997"/>
          </w:tcPr>
          <w:p>
            <w:pPr>
              <w:spacing w:after="0"/>
              <w:jc w:val="center"/>
            </w:pPr>
            <w:r/>
            <w:r>
              <w:rPr>
                <w:rFonts w:ascii="Times New Roman" w:hAnsi="Times New Roman" w:eastAsia="Times New Roman"/>
                <w:b w:val="0"/>
                <w:i w:val="0"/>
                <w:sz w:val="18"/>
                <w:u w:val="none"/>
              </w:rPr>
            </w:r>
          </w:p>
        </w:tc>
        <w:tc>
          <w:tcPr>
            <w:tcW w:type="dxa" w:w="934"/>
          </w:tcPr>
          <w:p>
            <w:pPr>
              <w:spacing w:after="0"/>
              <w:jc w:val="center"/>
            </w:pPr>
            <w:r/>
            <w:r>
              <w:rPr>
                <w:rFonts w:ascii="Times New Roman" w:hAnsi="Times New Roman" w:eastAsia="Times New Roman"/>
                <w:b w:val="0"/>
                <w:i w:val="0"/>
                <w:sz w:val="18"/>
                <w:u w:val="none"/>
              </w:rPr>
            </w:r>
          </w:p>
        </w:tc>
        <w:tc>
          <w:tcPr>
            <w:tcW w:type="dxa" w:w="872"/>
          </w:tcPr>
          <w:p>
            <w:pPr>
              <w:spacing w:after="0"/>
              <w:jc w:val="center"/>
            </w:pPr>
            <w:r/>
            <w:r>
              <w:rPr>
                <w:rFonts w:ascii="Times New Roman" w:hAnsi="Times New Roman" w:eastAsia="Times New Roman"/>
                <w:b w:val="0"/>
                <w:i w:val="0"/>
                <w:sz w:val="18"/>
                <w:u w:val="none"/>
              </w:rPr>
            </w:r>
          </w:p>
        </w:tc>
        <w:tc>
          <w:tcPr>
            <w:tcW w:type="dxa" w:w="934"/>
          </w:tcPr>
          <w:p>
            <w:pPr>
              <w:spacing w:after="0"/>
              <w:jc w:val="center"/>
            </w:pPr>
            <w:r/>
            <w:r>
              <w:rPr>
                <w:rFonts w:ascii="Times New Roman" w:hAnsi="Times New Roman" w:eastAsia="Times New Roman"/>
                <w:b w:val="0"/>
                <w:i w:val="0"/>
                <w:sz w:val="18"/>
                <w:u w:val="none"/>
              </w:rPr>
            </w:r>
          </w:p>
        </w:tc>
        <w:tc>
          <w:tcPr>
            <w:tcW w:type="dxa" w:w="1059"/>
          </w:tcPr>
          <w:p>
            <w:pPr>
              <w:spacing w:after="0"/>
              <w:jc w:val="center"/>
            </w:pPr>
            <w:r/>
            <w:r>
              <w:rPr>
                <w:rFonts w:ascii="Times New Roman" w:hAnsi="Times New Roman" w:eastAsia="Times New Roman"/>
                <w:b w:val="0"/>
                <w:i w:val="0"/>
                <w:sz w:val="18"/>
                <w:u w:val="none"/>
              </w:rPr>
            </w:r>
          </w:p>
        </w:tc>
        <w:tc>
          <w:tcPr>
            <w:tcW w:type="dxa" w:w="1121"/>
          </w:tcPr>
          <w:p>
            <w:pPr>
              <w:spacing w:after="0"/>
              <w:jc w:val="center"/>
            </w:pPr>
            <w:r/>
            <w:r>
              <w:rPr>
                <w:rFonts w:ascii="Times New Roman" w:hAnsi="Times New Roman" w:eastAsia="Times New Roman"/>
                <w:b w:val="0"/>
                <w:i w:val="0"/>
                <w:sz w:val="18"/>
                <w:u w:val="none"/>
              </w:rPr>
            </w:r>
          </w:p>
        </w:tc>
        <w:tc>
          <w:tcPr>
            <w:tcW w:type="dxa" w:w="1184"/>
          </w:tcPr>
          <w:p>
            <w:pPr>
              <w:spacing w:after="0"/>
              <w:jc w:val="center"/>
            </w:pPr>
            <w:r/>
            <w:r>
              <w:rPr>
                <w:rFonts w:ascii="Times New Roman" w:hAnsi="Times New Roman" w:eastAsia="Times New Roman"/>
                <w:b w:val="0"/>
                <w:i w:val="0"/>
                <w:sz w:val="18"/>
                <w:u w:val="none"/>
              </w:rPr>
            </w:r>
          </w:p>
        </w:tc>
      </w:tr>
    </w:tbl>
    <w:p>
      <w:pPr>
        <w:spacing w:after="0"/>
      </w:pPr>
    </w:p>
    <w:p>
      <w:pPr>
        <w:spacing w:before="120" w:after="60"/>
        <w:ind w:left="850"/>
        <w:jc w:val="left"/>
      </w:pPr>
      <w:r>
        <w:rPr>
          <w:rFonts w:ascii="Times New Roman" w:hAnsi="Times New Roman" w:eastAsia="Times New Roman"/>
          <w:b/>
          <w:i w:val="0"/>
          <w:u w:val="none"/>
        </w:rPr>
        <w:t>6.2. Người phụ thuộc đã có MST, thay đổi thông tin đăng ký thuế hoặc thay đổi thông tin giảm trừ gia cảnh</w:t>
      </w:r>
    </w:p>
    <w:tbl>
      <w:tblPr>
        <w:tblStyle w:val="TableGrid"/>
        <w:tblW w:type="auto" w:w="0"/>
        <w:jc w:val="center"/>
        <w:tblLayout w:type="fixed"/>
        <w:tblLook w:firstColumn="1" w:firstRow="1" w:lastColumn="0" w:lastRow="0" w:noHBand="0" w:noVBand="1" w:val="04A0"/>
      </w:tblPr>
      <w:tblGrid>
        <w:gridCol w:w="841"/>
        <w:gridCol w:w="841"/>
        <w:gridCol w:w="841"/>
        <w:gridCol w:w="841"/>
        <w:gridCol w:w="841"/>
        <w:gridCol w:w="841"/>
        <w:gridCol w:w="841"/>
        <w:gridCol w:w="841"/>
        <w:gridCol w:w="841"/>
        <w:gridCol w:w="841"/>
        <w:gridCol w:w="841"/>
        <w:gridCol w:w="841"/>
        <w:gridCol w:w="841"/>
        <w:gridCol w:w="841"/>
        <w:gridCol w:w="841"/>
        <w:gridCol w:w="841"/>
        <w:gridCol w:w="841"/>
        <w:gridCol w:w="841"/>
      </w:tblGrid>
      <w:tr>
        <w:trPr>
          <w:tblHeader w:val="true"/>
        </w:trPr>
        <w:tc>
          <w:tcPr>
            <w:tcW w:type="dxa" w:w="475"/>
            <w:vAlign w:val="center"/>
          </w:tcPr>
          <w:p>
            <w:pPr>
              <w:spacing w:after="0"/>
              <w:jc w:val="center"/>
            </w:pPr>
            <w:r/>
            <w:r>
              <w:rPr>
                <w:rFonts w:ascii="Times New Roman" w:hAnsi="Times New Roman" w:eastAsia="Times New Roman"/>
                <w:b/>
                <w:i w:val="0"/>
                <w:sz w:val="18"/>
                <w:u w:val="none"/>
              </w:rPr>
              <w:t>STT</w:t>
            </w:r>
          </w:p>
        </w:tc>
        <w:tc>
          <w:tcPr>
            <w:tcW w:type="dxa" w:w="1009"/>
            <w:vAlign w:val="center"/>
          </w:tcPr>
          <w:p>
            <w:pPr>
              <w:spacing w:after="0"/>
              <w:jc w:val="center"/>
            </w:pPr>
            <w:r/>
            <w:r>
              <w:rPr>
                <w:rFonts w:ascii="Times New Roman" w:hAnsi="Times New Roman" w:eastAsia="Times New Roman"/>
                <w:b/>
                <w:i w:val="0"/>
                <w:sz w:val="18"/>
                <w:u w:val="none"/>
              </w:rPr>
              <w:t>Họ và tên người phụ thuộc</w:t>
            </w:r>
          </w:p>
        </w:tc>
        <w:tc>
          <w:tcPr>
            <w:tcW w:type="dxa" w:w="772"/>
            <w:vAlign w:val="center"/>
          </w:tcPr>
          <w:p>
            <w:pPr>
              <w:spacing w:after="0"/>
              <w:jc w:val="center"/>
            </w:pPr>
            <w:r/>
            <w:r>
              <w:rPr>
                <w:rFonts w:ascii="Times New Roman" w:hAnsi="Times New Roman" w:eastAsia="Times New Roman"/>
                <w:b/>
                <w:i w:val="0"/>
                <w:sz w:val="18"/>
                <w:u w:val="none"/>
              </w:rPr>
              <w:t>Ngày, tháng, năm sinh</w:t>
            </w:r>
          </w:p>
        </w:tc>
        <w:tc>
          <w:tcPr>
            <w:tcW w:type="dxa" w:w="712"/>
            <w:vAlign w:val="center"/>
          </w:tcPr>
          <w:p>
            <w:pPr>
              <w:spacing w:after="0"/>
              <w:jc w:val="center"/>
            </w:pPr>
            <w:r/>
            <w:r>
              <w:rPr>
                <w:rFonts w:ascii="Times New Roman" w:hAnsi="Times New Roman" w:eastAsia="Times New Roman"/>
                <w:b/>
                <w:i w:val="0"/>
                <w:sz w:val="18"/>
                <w:u w:val="none"/>
              </w:rPr>
              <w:t>Mã số thuế</w:t>
            </w:r>
          </w:p>
        </w:tc>
        <w:tc>
          <w:tcPr>
            <w:tcW w:type="dxa" w:w="653"/>
            <w:vAlign w:val="center"/>
          </w:tcPr>
          <w:p>
            <w:pPr>
              <w:spacing w:after="0"/>
              <w:jc w:val="center"/>
            </w:pPr>
            <w:r/>
            <w:r>
              <w:rPr>
                <w:rFonts w:ascii="Times New Roman" w:hAnsi="Times New Roman" w:eastAsia="Times New Roman"/>
                <w:b/>
                <w:i w:val="0"/>
                <w:sz w:val="18"/>
                <w:u w:val="none"/>
              </w:rPr>
              <w:t>Quốc tịch</w:t>
            </w:r>
          </w:p>
        </w:tc>
        <w:tc>
          <w:tcPr>
            <w:tcW w:type="dxa" w:w="950"/>
            <w:vAlign w:val="center"/>
          </w:tcPr>
          <w:p>
            <w:pPr>
              <w:spacing w:after="0"/>
              <w:jc w:val="center"/>
            </w:pPr>
            <w:r/>
            <w:r>
              <w:rPr>
                <w:rFonts w:ascii="Times New Roman" w:hAnsi="Times New Roman" w:eastAsia="Times New Roman"/>
                <w:b/>
                <w:i w:val="0"/>
                <w:sz w:val="18"/>
                <w:u w:val="none"/>
              </w:rPr>
              <w:t>Số định danh cá nhân</w:t>
            </w:r>
          </w:p>
        </w:tc>
        <w:tc>
          <w:tcPr>
            <w:tcW w:type="dxa" w:w="653"/>
            <w:vAlign w:val="center"/>
          </w:tcPr>
          <w:p>
            <w:pPr>
              <w:spacing w:after="0"/>
              <w:jc w:val="center"/>
            </w:pPr>
            <w:r/>
            <w:r>
              <w:rPr>
                <w:rFonts w:ascii="Times New Roman" w:hAnsi="Times New Roman" w:eastAsia="Times New Roman"/>
                <w:b/>
                <w:i w:val="0"/>
                <w:sz w:val="18"/>
                <w:u w:val="none"/>
              </w:rPr>
              <w:t>Số Hộ chiếu</w:t>
            </w:r>
          </w:p>
        </w:tc>
        <w:tc>
          <w:tcPr>
            <w:tcW w:type="dxa" w:w="772"/>
            <w:vAlign w:val="center"/>
          </w:tcPr>
          <w:p>
            <w:pPr>
              <w:spacing w:after="0"/>
              <w:jc w:val="center"/>
            </w:pPr>
            <w:r/>
            <w:r>
              <w:rPr>
                <w:rFonts w:ascii="Times New Roman" w:hAnsi="Times New Roman" w:eastAsia="Times New Roman"/>
                <w:b/>
                <w:i w:val="0"/>
                <w:sz w:val="18"/>
                <w:u w:val="none"/>
              </w:rPr>
              <w:t>Ngày cấp Hộ chiếu</w:t>
            </w:r>
          </w:p>
        </w:tc>
        <w:tc>
          <w:tcPr>
            <w:tcW w:type="dxa" w:w="712"/>
            <w:vAlign w:val="center"/>
          </w:tcPr>
          <w:p>
            <w:pPr>
              <w:spacing w:after="0"/>
              <w:jc w:val="center"/>
            </w:pPr>
            <w:r/>
            <w:r>
              <w:rPr>
                <w:rFonts w:ascii="Times New Roman" w:hAnsi="Times New Roman" w:eastAsia="Times New Roman"/>
                <w:b/>
                <w:i w:val="0"/>
                <w:sz w:val="18"/>
                <w:u w:val="none"/>
              </w:rPr>
              <w:t>Nơi cấp Hộ chiếu</w:t>
            </w:r>
          </w:p>
        </w:tc>
        <w:tc>
          <w:tcPr>
            <w:tcW w:type="dxa" w:w="890"/>
            <w:vAlign w:val="center"/>
          </w:tcPr>
          <w:p>
            <w:pPr>
              <w:spacing w:after="0"/>
              <w:jc w:val="center"/>
            </w:pPr>
            <w:r/>
            <w:r>
              <w:rPr>
                <w:rFonts w:ascii="Times New Roman" w:hAnsi="Times New Roman" w:eastAsia="Times New Roman"/>
                <w:b/>
                <w:i w:val="0"/>
                <w:sz w:val="18"/>
                <w:u w:val="none"/>
              </w:rPr>
              <w:t>Địa chỉ nơi thường trú</w:t>
            </w:r>
          </w:p>
        </w:tc>
        <w:tc>
          <w:tcPr>
            <w:tcW w:type="dxa" w:w="772"/>
            <w:vAlign w:val="center"/>
          </w:tcPr>
          <w:p>
            <w:pPr>
              <w:spacing w:after="0"/>
              <w:jc w:val="center"/>
            </w:pPr>
            <w:r/>
            <w:r>
              <w:rPr>
                <w:rFonts w:ascii="Times New Roman" w:hAnsi="Times New Roman" w:eastAsia="Times New Roman"/>
                <w:b/>
                <w:i w:val="0"/>
                <w:sz w:val="18"/>
                <w:u w:val="none"/>
              </w:rPr>
              <w:t>Nơi ở hiện tại</w:t>
            </w:r>
          </w:p>
        </w:tc>
        <w:tc>
          <w:tcPr>
            <w:tcW w:type="dxa" w:w="950"/>
            <w:vAlign w:val="center"/>
          </w:tcPr>
          <w:p>
            <w:pPr>
              <w:spacing w:after="0"/>
              <w:jc w:val="center"/>
            </w:pPr>
            <w:r/>
            <w:r>
              <w:rPr>
                <w:rFonts w:ascii="Times New Roman" w:hAnsi="Times New Roman" w:eastAsia="Times New Roman"/>
                <w:b/>
                <w:i w:val="0"/>
                <w:sz w:val="18"/>
                <w:u w:val="none"/>
              </w:rPr>
              <w:t>Quan hệ với người nộp thuế</w:t>
            </w:r>
          </w:p>
        </w:tc>
        <w:tc>
          <w:tcPr>
            <w:tcW w:type="dxa" w:w="890"/>
            <w:vAlign w:val="center"/>
          </w:tcPr>
          <w:p>
            <w:pPr>
              <w:spacing w:after="0"/>
              <w:jc w:val="center"/>
            </w:pPr>
            <w:r/>
            <w:r>
              <w:rPr>
                <w:rFonts w:ascii="Times New Roman" w:hAnsi="Times New Roman" w:eastAsia="Times New Roman"/>
                <w:b/>
                <w:i w:val="0"/>
                <w:sz w:val="18"/>
                <w:u w:val="none"/>
              </w:rPr>
              <w:t>NPT mất năng lực hành vi dân sự</w:t>
            </w:r>
          </w:p>
        </w:tc>
        <w:tc>
          <w:tcPr>
            <w:tcW w:type="dxa" w:w="831"/>
            <w:vAlign w:val="center"/>
          </w:tcPr>
          <w:p>
            <w:pPr>
              <w:spacing w:after="0"/>
              <w:jc w:val="center"/>
            </w:pPr>
            <w:r/>
            <w:r>
              <w:rPr>
                <w:rFonts w:ascii="Times New Roman" w:hAnsi="Times New Roman" w:eastAsia="Times New Roman"/>
                <w:b/>
                <w:i w:val="0"/>
                <w:sz w:val="18"/>
                <w:u w:val="none"/>
              </w:rPr>
              <w:t>NPT là người khuyết tật</w:t>
            </w:r>
          </w:p>
        </w:tc>
        <w:tc>
          <w:tcPr>
            <w:tcW w:type="dxa" w:w="890"/>
            <w:vAlign w:val="center"/>
          </w:tcPr>
          <w:p>
            <w:pPr>
              <w:spacing w:after="0"/>
              <w:jc w:val="center"/>
            </w:pPr>
            <w:r/>
            <w:r>
              <w:rPr>
                <w:rFonts w:ascii="Times New Roman" w:hAnsi="Times New Roman" w:eastAsia="Times New Roman"/>
                <w:b/>
                <w:i w:val="0"/>
                <w:sz w:val="18"/>
                <w:u w:val="none"/>
              </w:rPr>
              <w:t>Tỷ lệ suy giảm khả năng lao động (%)</w:t>
            </w:r>
          </w:p>
        </w:tc>
        <w:tc>
          <w:tcPr>
            <w:tcW w:type="dxa" w:w="1009"/>
            <w:vAlign w:val="center"/>
          </w:tcPr>
          <w:p>
            <w:pPr>
              <w:spacing w:after="0"/>
              <w:jc w:val="center"/>
            </w:pPr>
            <w:r/>
            <w:r>
              <w:rPr>
                <w:rFonts w:ascii="Times New Roman" w:hAnsi="Times New Roman" w:eastAsia="Times New Roman"/>
                <w:b/>
                <w:i w:val="0"/>
                <w:sz w:val="18"/>
                <w:u w:val="none"/>
              </w:rPr>
              <w:t>Thu nhập bình quân tháng trong năm (đồng)</w:t>
            </w:r>
          </w:p>
        </w:tc>
        <w:tc>
          <w:tcPr>
            <w:tcW w:type="dxa" w:w="1069"/>
            <w:vAlign w:val="center"/>
          </w:tcPr>
          <w:p>
            <w:pPr>
              <w:spacing w:after="0"/>
              <w:jc w:val="center"/>
            </w:pPr>
            <w:r/>
            <w:r>
              <w:rPr>
                <w:rFonts w:ascii="Times New Roman" w:hAnsi="Times New Roman" w:eastAsia="Times New Roman"/>
                <w:b/>
                <w:i w:val="0"/>
                <w:sz w:val="18"/>
                <w:u w:val="none"/>
              </w:rPr>
              <w:t>Thời điểm bắt đầu tính giảm trừ (tháng/năm)</w:t>
            </w:r>
          </w:p>
        </w:tc>
        <w:tc>
          <w:tcPr>
            <w:tcW w:type="dxa" w:w="1128"/>
            <w:vAlign w:val="center"/>
          </w:tcPr>
          <w:p>
            <w:pPr>
              <w:spacing w:after="0"/>
              <w:jc w:val="center"/>
            </w:pPr>
            <w:r/>
            <w:r>
              <w:rPr>
                <w:rFonts w:ascii="Times New Roman" w:hAnsi="Times New Roman" w:eastAsia="Times New Roman"/>
                <w:b/>
                <w:i w:val="0"/>
                <w:sz w:val="18"/>
                <w:u w:val="none"/>
              </w:rPr>
              <w:t>Thời điểm kết thúc tính giảm trừ (tháng/năm)</w:t>
            </w:r>
          </w:p>
        </w:tc>
      </w:tr>
      <w:tr>
        <w:tc>
          <w:tcPr>
            <w:tcW w:type="dxa" w:w="475"/>
          </w:tcPr>
          <w:p>
            <w:pPr>
              <w:spacing w:after="0"/>
              <w:jc w:val="center"/>
            </w:pPr>
            <w:r/>
            <w:r>
              <w:rPr>
                <w:rFonts w:ascii="Times New Roman" w:hAnsi="Times New Roman" w:eastAsia="Times New Roman"/>
                <w:b w:val="0"/>
                <w:i w:val="0"/>
                <w:sz w:val="18"/>
                <w:u w:val="none"/>
              </w:rPr>
              <w:t>(1)</w:t>
            </w:r>
          </w:p>
        </w:tc>
        <w:tc>
          <w:tcPr>
            <w:tcW w:type="dxa" w:w="1009"/>
          </w:tcPr>
          <w:p>
            <w:pPr>
              <w:spacing w:after="0"/>
              <w:jc w:val="center"/>
            </w:pPr>
            <w:r/>
            <w:r>
              <w:rPr>
                <w:rFonts w:ascii="Times New Roman" w:hAnsi="Times New Roman" w:eastAsia="Times New Roman"/>
                <w:b w:val="0"/>
                <w:i w:val="0"/>
                <w:sz w:val="18"/>
                <w:u w:val="none"/>
              </w:rPr>
              <w:t>(2)</w:t>
            </w:r>
          </w:p>
        </w:tc>
        <w:tc>
          <w:tcPr>
            <w:tcW w:type="dxa" w:w="772"/>
          </w:tcPr>
          <w:p>
            <w:pPr>
              <w:spacing w:after="0"/>
              <w:jc w:val="center"/>
            </w:pPr>
            <w:r/>
            <w:r>
              <w:rPr>
                <w:rFonts w:ascii="Times New Roman" w:hAnsi="Times New Roman" w:eastAsia="Times New Roman"/>
                <w:b w:val="0"/>
                <w:i w:val="0"/>
                <w:sz w:val="18"/>
                <w:u w:val="none"/>
              </w:rPr>
              <w:t>(3)</w:t>
            </w:r>
          </w:p>
        </w:tc>
        <w:tc>
          <w:tcPr>
            <w:tcW w:type="dxa" w:w="712"/>
          </w:tcPr>
          <w:p>
            <w:pPr>
              <w:spacing w:after="0"/>
              <w:jc w:val="center"/>
            </w:pPr>
            <w:r/>
            <w:r>
              <w:rPr>
                <w:rFonts w:ascii="Times New Roman" w:hAnsi="Times New Roman" w:eastAsia="Times New Roman"/>
                <w:b w:val="0"/>
                <w:i w:val="0"/>
                <w:sz w:val="18"/>
                <w:u w:val="none"/>
              </w:rPr>
              <w:t>(4)</w:t>
            </w:r>
          </w:p>
        </w:tc>
        <w:tc>
          <w:tcPr>
            <w:tcW w:type="dxa" w:w="653"/>
          </w:tcPr>
          <w:p>
            <w:pPr>
              <w:spacing w:after="0"/>
              <w:jc w:val="center"/>
            </w:pPr>
            <w:r/>
            <w:r>
              <w:rPr>
                <w:rFonts w:ascii="Times New Roman" w:hAnsi="Times New Roman" w:eastAsia="Times New Roman"/>
                <w:b w:val="0"/>
                <w:i w:val="0"/>
                <w:sz w:val="18"/>
                <w:u w:val="none"/>
              </w:rPr>
              <w:t>(5)</w:t>
            </w:r>
          </w:p>
        </w:tc>
        <w:tc>
          <w:tcPr>
            <w:tcW w:type="dxa" w:w="950"/>
          </w:tcPr>
          <w:p>
            <w:pPr>
              <w:spacing w:after="0"/>
              <w:jc w:val="center"/>
            </w:pPr>
            <w:r/>
            <w:r>
              <w:rPr>
                <w:rFonts w:ascii="Times New Roman" w:hAnsi="Times New Roman" w:eastAsia="Times New Roman"/>
                <w:b w:val="0"/>
                <w:i w:val="0"/>
                <w:sz w:val="18"/>
                <w:u w:val="none"/>
              </w:rPr>
              <w:t>(6)</w:t>
            </w:r>
          </w:p>
        </w:tc>
        <w:tc>
          <w:tcPr>
            <w:tcW w:type="dxa" w:w="653"/>
          </w:tcPr>
          <w:p>
            <w:pPr>
              <w:spacing w:after="0"/>
              <w:jc w:val="center"/>
            </w:pPr>
            <w:r/>
            <w:r>
              <w:rPr>
                <w:rFonts w:ascii="Times New Roman" w:hAnsi="Times New Roman" w:eastAsia="Times New Roman"/>
                <w:b w:val="0"/>
                <w:i w:val="0"/>
                <w:sz w:val="18"/>
                <w:u w:val="none"/>
              </w:rPr>
              <w:t>(7)</w:t>
            </w:r>
          </w:p>
        </w:tc>
        <w:tc>
          <w:tcPr>
            <w:tcW w:type="dxa" w:w="772"/>
          </w:tcPr>
          <w:p>
            <w:pPr>
              <w:spacing w:after="0"/>
              <w:jc w:val="center"/>
            </w:pPr>
            <w:r/>
            <w:r>
              <w:rPr>
                <w:rFonts w:ascii="Times New Roman" w:hAnsi="Times New Roman" w:eastAsia="Times New Roman"/>
                <w:b w:val="0"/>
                <w:i w:val="0"/>
                <w:sz w:val="18"/>
                <w:u w:val="none"/>
              </w:rPr>
              <w:t>(8)</w:t>
            </w:r>
          </w:p>
        </w:tc>
        <w:tc>
          <w:tcPr>
            <w:tcW w:type="dxa" w:w="712"/>
          </w:tcPr>
          <w:p>
            <w:pPr>
              <w:spacing w:after="0"/>
              <w:jc w:val="center"/>
            </w:pPr>
            <w:r/>
            <w:r>
              <w:rPr>
                <w:rFonts w:ascii="Times New Roman" w:hAnsi="Times New Roman" w:eastAsia="Times New Roman"/>
                <w:b w:val="0"/>
                <w:i w:val="0"/>
                <w:sz w:val="18"/>
                <w:u w:val="none"/>
              </w:rPr>
              <w:t>(9)</w:t>
            </w:r>
          </w:p>
        </w:tc>
        <w:tc>
          <w:tcPr>
            <w:tcW w:type="dxa" w:w="890"/>
          </w:tcPr>
          <w:p>
            <w:pPr>
              <w:spacing w:after="0"/>
              <w:jc w:val="center"/>
            </w:pPr>
            <w:r/>
            <w:r>
              <w:rPr>
                <w:rFonts w:ascii="Times New Roman" w:hAnsi="Times New Roman" w:eastAsia="Times New Roman"/>
                <w:b w:val="0"/>
                <w:i w:val="0"/>
                <w:sz w:val="18"/>
                <w:u w:val="none"/>
              </w:rPr>
              <w:t>(10)</w:t>
            </w:r>
          </w:p>
        </w:tc>
        <w:tc>
          <w:tcPr>
            <w:tcW w:type="dxa" w:w="772"/>
          </w:tcPr>
          <w:p>
            <w:pPr>
              <w:spacing w:after="0"/>
              <w:jc w:val="center"/>
            </w:pPr>
            <w:r/>
            <w:r>
              <w:rPr>
                <w:rFonts w:ascii="Times New Roman" w:hAnsi="Times New Roman" w:eastAsia="Times New Roman"/>
                <w:b w:val="0"/>
                <w:i w:val="0"/>
                <w:sz w:val="18"/>
                <w:u w:val="none"/>
              </w:rPr>
              <w:t>(11)</w:t>
            </w:r>
          </w:p>
        </w:tc>
        <w:tc>
          <w:tcPr>
            <w:tcW w:type="dxa" w:w="950"/>
          </w:tcPr>
          <w:p>
            <w:pPr>
              <w:spacing w:after="0"/>
              <w:jc w:val="center"/>
            </w:pPr>
            <w:r/>
            <w:r>
              <w:rPr>
                <w:rFonts w:ascii="Times New Roman" w:hAnsi="Times New Roman" w:eastAsia="Times New Roman"/>
                <w:b w:val="0"/>
                <w:i w:val="0"/>
                <w:sz w:val="18"/>
                <w:u w:val="none"/>
              </w:rPr>
              <w:t>(12)</w:t>
            </w:r>
          </w:p>
        </w:tc>
        <w:tc>
          <w:tcPr>
            <w:tcW w:type="dxa" w:w="890"/>
          </w:tcPr>
          <w:p>
            <w:pPr>
              <w:spacing w:after="0"/>
              <w:jc w:val="center"/>
            </w:pPr>
            <w:r/>
            <w:r>
              <w:rPr>
                <w:rFonts w:ascii="Times New Roman" w:hAnsi="Times New Roman" w:eastAsia="Times New Roman"/>
                <w:b w:val="0"/>
                <w:i w:val="0"/>
                <w:sz w:val="18"/>
                <w:u w:val="none"/>
              </w:rPr>
              <w:t>(13)</w:t>
            </w:r>
          </w:p>
        </w:tc>
        <w:tc>
          <w:tcPr>
            <w:tcW w:type="dxa" w:w="831"/>
          </w:tcPr>
          <w:p>
            <w:pPr>
              <w:spacing w:after="0"/>
              <w:jc w:val="center"/>
            </w:pPr>
            <w:r/>
            <w:r>
              <w:rPr>
                <w:rFonts w:ascii="Times New Roman" w:hAnsi="Times New Roman" w:eastAsia="Times New Roman"/>
                <w:b w:val="0"/>
                <w:i w:val="0"/>
                <w:sz w:val="18"/>
                <w:u w:val="none"/>
              </w:rPr>
              <w:t>(14)</w:t>
            </w:r>
          </w:p>
        </w:tc>
        <w:tc>
          <w:tcPr>
            <w:tcW w:type="dxa" w:w="890"/>
          </w:tcPr>
          <w:p>
            <w:pPr>
              <w:spacing w:after="0"/>
              <w:jc w:val="center"/>
            </w:pPr>
            <w:r/>
            <w:r>
              <w:rPr>
                <w:rFonts w:ascii="Times New Roman" w:hAnsi="Times New Roman" w:eastAsia="Times New Roman"/>
                <w:b w:val="0"/>
                <w:i w:val="0"/>
                <w:sz w:val="18"/>
                <w:u w:val="none"/>
              </w:rPr>
              <w:t>(15)</w:t>
            </w:r>
          </w:p>
        </w:tc>
        <w:tc>
          <w:tcPr>
            <w:tcW w:type="dxa" w:w="1009"/>
          </w:tcPr>
          <w:p>
            <w:pPr>
              <w:spacing w:after="0"/>
              <w:jc w:val="center"/>
            </w:pPr>
            <w:r/>
            <w:r>
              <w:rPr>
                <w:rFonts w:ascii="Times New Roman" w:hAnsi="Times New Roman" w:eastAsia="Times New Roman"/>
                <w:b w:val="0"/>
                <w:i w:val="0"/>
                <w:sz w:val="18"/>
                <w:u w:val="none"/>
              </w:rPr>
              <w:t>(16)</w:t>
            </w:r>
          </w:p>
        </w:tc>
        <w:tc>
          <w:tcPr>
            <w:tcW w:type="dxa" w:w="1069"/>
          </w:tcPr>
          <w:p>
            <w:pPr>
              <w:spacing w:after="0"/>
              <w:jc w:val="center"/>
            </w:pPr>
            <w:r/>
            <w:r>
              <w:rPr>
                <w:rFonts w:ascii="Times New Roman" w:hAnsi="Times New Roman" w:eastAsia="Times New Roman"/>
                <w:b w:val="0"/>
                <w:i w:val="0"/>
                <w:sz w:val="18"/>
                <w:u w:val="none"/>
              </w:rPr>
              <w:t>(17)</w:t>
            </w:r>
          </w:p>
        </w:tc>
        <w:tc>
          <w:tcPr>
            <w:tcW w:type="dxa" w:w="1128"/>
          </w:tcPr>
          <w:p>
            <w:pPr>
              <w:spacing w:after="0"/>
              <w:jc w:val="center"/>
            </w:pPr>
            <w:r/>
            <w:r>
              <w:rPr>
                <w:rFonts w:ascii="Times New Roman" w:hAnsi="Times New Roman" w:eastAsia="Times New Roman"/>
                <w:b w:val="0"/>
                <w:i w:val="0"/>
                <w:sz w:val="18"/>
                <w:u w:val="none"/>
              </w:rPr>
              <w:t>(18)</w:t>
            </w:r>
          </w:p>
        </w:tc>
      </w:tr>
      <w:tr>
        <w:trPr>
          <w:trHeight w:val="397"/>
        </w:trPr>
        <w:tc>
          <w:tcPr>
            <w:tcW w:type="dxa" w:w="475"/>
          </w:tcPr>
          <w:p>
            <w:pPr>
              <w:spacing w:after="0"/>
              <w:jc w:val="center"/>
            </w:pPr>
            <w:r/>
            <w:r>
              <w:rPr>
                <w:rFonts w:ascii="Times New Roman" w:hAnsi="Times New Roman" w:eastAsia="Times New Roman"/>
                <w:b w:val="0"/>
                <w:i w:val="0"/>
                <w:sz w:val="18"/>
                <w:u w:val="none"/>
              </w:rPr>
              <w:t>1</w:t>
            </w:r>
          </w:p>
        </w:tc>
        <w:tc>
          <w:tcPr>
            <w:tcW w:type="dxa" w:w="1009"/>
          </w:tcPr>
          <w:p>
            <w:pPr>
              <w:spacing w:after="0"/>
              <w:jc w:val="center"/>
            </w:pPr>
            <w:r/>
            <w:r>
              <w:rPr>
                <w:rFonts w:ascii="Times New Roman" w:hAnsi="Times New Roman" w:eastAsia="Times New Roman"/>
                <w:b w:val="0"/>
                <w:i w:val="0"/>
                <w:sz w:val="18"/>
                <w:u w:val="none"/>
              </w:rPr>
            </w:r>
          </w:p>
        </w:tc>
        <w:tc>
          <w:tcPr>
            <w:tcW w:type="dxa" w:w="772"/>
          </w:tcPr>
          <w:p>
            <w:pPr>
              <w:spacing w:after="0"/>
              <w:jc w:val="center"/>
            </w:pPr>
            <w:r/>
            <w:r>
              <w:rPr>
                <w:rFonts w:ascii="Times New Roman" w:hAnsi="Times New Roman" w:eastAsia="Times New Roman"/>
                <w:b w:val="0"/>
                <w:i w:val="0"/>
                <w:sz w:val="18"/>
                <w:u w:val="none"/>
              </w:rPr>
            </w:r>
          </w:p>
        </w:tc>
        <w:tc>
          <w:tcPr>
            <w:tcW w:type="dxa" w:w="712"/>
          </w:tcPr>
          <w:p>
            <w:pPr>
              <w:spacing w:after="0"/>
              <w:jc w:val="center"/>
            </w:pPr>
            <w:r/>
            <w:r>
              <w:rPr>
                <w:rFonts w:ascii="Times New Roman" w:hAnsi="Times New Roman" w:eastAsia="Times New Roman"/>
                <w:b w:val="0"/>
                <w:i w:val="0"/>
                <w:sz w:val="18"/>
                <w:u w:val="none"/>
              </w:rPr>
            </w:r>
          </w:p>
        </w:tc>
        <w:tc>
          <w:tcPr>
            <w:tcW w:type="dxa" w:w="653"/>
          </w:tcPr>
          <w:p>
            <w:pPr>
              <w:spacing w:after="0"/>
              <w:jc w:val="center"/>
            </w:pPr>
            <w:r/>
            <w:r>
              <w:rPr>
                <w:rFonts w:ascii="Times New Roman" w:hAnsi="Times New Roman" w:eastAsia="Times New Roman"/>
                <w:b w:val="0"/>
                <w:i w:val="0"/>
                <w:sz w:val="18"/>
                <w:u w:val="none"/>
              </w:rPr>
            </w:r>
          </w:p>
        </w:tc>
        <w:tc>
          <w:tcPr>
            <w:tcW w:type="dxa" w:w="950"/>
          </w:tcPr>
          <w:p>
            <w:pPr>
              <w:spacing w:after="0"/>
              <w:jc w:val="center"/>
            </w:pPr>
            <w:r/>
            <w:r>
              <w:rPr>
                <w:rFonts w:ascii="Times New Roman" w:hAnsi="Times New Roman" w:eastAsia="Times New Roman"/>
                <w:b w:val="0"/>
                <w:i w:val="0"/>
                <w:sz w:val="18"/>
                <w:u w:val="none"/>
              </w:rPr>
            </w:r>
          </w:p>
        </w:tc>
        <w:tc>
          <w:tcPr>
            <w:tcW w:type="dxa" w:w="653"/>
          </w:tcPr>
          <w:p>
            <w:pPr>
              <w:spacing w:after="0"/>
              <w:jc w:val="center"/>
            </w:pPr>
            <w:r/>
            <w:r>
              <w:rPr>
                <w:rFonts w:ascii="Times New Roman" w:hAnsi="Times New Roman" w:eastAsia="Times New Roman"/>
                <w:b w:val="0"/>
                <w:i w:val="0"/>
                <w:sz w:val="18"/>
                <w:u w:val="none"/>
              </w:rPr>
            </w:r>
          </w:p>
        </w:tc>
        <w:tc>
          <w:tcPr>
            <w:tcW w:type="dxa" w:w="772"/>
          </w:tcPr>
          <w:p>
            <w:pPr>
              <w:spacing w:after="0"/>
              <w:jc w:val="center"/>
            </w:pPr>
            <w:r/>
            <w:r>
              <w:rPr>
                <w:rFonts w:ascii="Times New Roman" w:hAnsi="Times New Roman" w:eastAsia="Times New Roman"/>
                <w:b w:val="0"/>
                <w:i w:val="0"/>
                <w:sz w:val="18"/>
                <w:u w:val="none"/>
              </w:rPr>
            </w:r>
          </w:p>
        </w:tc>
        <w:tc>
          <w:tcPr>
            <w:tcW w:type="dxa" w:w="712"/>
          </w:tcPr>
          <w:p>
            <w:pPr>
              <w:spacing w:after="0"/>
              <w:jc w:val="center"/>
            </w:pPr>
            <w:r/>
            <w:r>
              <w:rPr>
                <w:rFonts w:ascii="Times New Roman" w:hAnsi="Times New Roman" w:eastAsia="Times New Roman"/>
                <w:b w:val="0"/>
                <w:i w:val="0"/>
                <w:sz w:val="18"/>
                <w:u w:val="none"/>
              </w:rPr>
            </w:r>
          </w:p>
        </w:tc>
        <w:tc>
          <w:tcPr>
            <w:tcW w:type="dxa" w:w="890"/>
          </w:tcPr>
          <w:p>
            <w:pPr>
              <w:spacing w:after="0"/>
              <w:jc w:val="center"/>
            </w:pPr>
            <w:r/>
            <w:r>
              <w:rPr>
                <w:rFonts w:ascii="Times New Roman" w:hAnsi="Times New Roman" w:eastAsia="Times New Roman"/>
                <w:b w:val="0"/>
                <w:i w:val="0"/>
                <w:sz w:val="18"/>
                <w:u w:val="none"/>
              </w:rPr>
            </w:r>
          </w:p>
        </w:tc>
        <w:tc>
          <w:tcPr>
            <w:tcW w:type="dxa" w:w="772"/>
          </w:tcPr>
          <w:p>
            <w:pPr>
              <w:spacing w:after="0"/>
              <w:jc w:val="center"/>
            </w:pPr>
            <w:r/>
            <w:r>
              <w:rPr>
                <w:rFonts w:ascii="Times New Roman" w:hAnsi="Times New Roman" w:eastAsia="Times New Roman"/>
                <w:b w:val="0"/>
                <w:i w:val="0"/>
                <w:sz w:val="18"/>
                <w:u w:val="none"/>
              </w:rPr>
            </w:r>
          </w:p>
        </w:tc>
        <w:tc>
          <w:tcPr>
            <w:tcW w:type="dxa" w:w="950"/>
          </w:tcPr>
          <w:p>
            <w:pPr>
              <w:spacing w:after="0"/>
              <w:jc w:val="center"/>
            </w:pPr>
            <w:r/>
            <w:r>
              <w:rPr>
                <w:rFonts w:ascii="Times New Roman" w:hAnsi="Times New Roman" w:eastAsia="Times New Roman"/>
                <w:b w:val="0"/>
                <w:i w:val="0"/>
                <w:sz w:val="18"/>
                <w:u w:val="none"/>
              </w:rPr>
            </w:r>
          </w:p>
        </w:tc>
        <w:tc>
          <w:tcPr>
            <w:tcW w:type="dxa" w:w="890"/>
          </w:tcPr>
          <w:p>
            <w:pPr>
              <w:spacing w:after="0"/>
              <w:jc w:val="center"/>
            </w:pPr>
            <w:r/>
            <w:r>
              <w:rPr>
                <w:rFonts w:ascii="Times New Roman" w:hAnsi="Times New Roman" w:eastAsia="Times New Roman"/>
                <w:b w:val="0"/>
                <w:i w:val="0"/>
                <w:sz w:val="18"/>
                <w:u w:val="none"/>
              </w:rPr>
            </w:r>
          </w:p>
        </w:tc>
        <w:tc>
          <w:tcPr>
            <w:tcW w:type="dxa" w:w="831"/>
          </w:tcPr>
          <w:p>
            <w:pPr>
              <w:spacing w:after="0"/>
              <w:jc w:val="center"/>
            </w:pPr>
            <w:r/>
            <w:r>
              <w:rPr>
                <w:rFonts w:ascii="Times New Roman" w:hAnsi="Times New Roman" w:eastAsia="Times New Roman"/>
                <w:b w:val="0"/>
                <w:i w:val="0"/>
                <w:sz w:val="18"/>
                <w:u w:val="none"/>
              </w:rPr>
            </w:r>
          </w:p>
        </w:tc>
        <w:tc>
          <w:tcPr>
            <w:tcW w:type="dxa" w:w="890"/>
          </w:tcPr>
          <w:p>
            <w:pPr>
              <w:spacing w:after="0"/>
              <w:jc w:val="center"/>
            </w:pPr>
            <w:r/>
            <w:r>
              <w:rPr>
                <w:rFonts w:ascii="Times New Roman" w:hAnsi="Times New Roman" w:eastAsia="Times New Roman"/>
                <w:b w:val="0"/>
                <w:i w:val="0"/>
                <w:sz w:val="18"/>
                <w:u w:val="none"/>
              </w:rPr>
            </w:r>
          </w:p>
        </w:tc>
        <w:tc>
          <w:tcPr>
            <w:tcW w:type="dxa" w:w="1009"/>
          </w:tcPr>
          <w:p>
            <w:pPr>
              <w:spacing w:after="0"/>
              <w:jc w:val="center"/>
            </w:pPr>
            <w:r/>
            <w:r>
              <w:rPr>
                <w:rFonts w:ascii="Times New Roman" w:hAnsi="Times New Roman" w:eastAsia="Times New Roman"/>
                <w:b w:val="0"/>
                <w:i w:val="0"/>
                <w:sz w:val="18"/>
                <w:u w:val="none"/>
              </w:rPr>
            </w:r>
          </w:p>
        </w:tc>
        <w:tc>
          <w:tcPr>
            <w:tcW w:type="dxa" w:w="1069"/>
          </w:tcPr>
          <w:p>
            <w:pPr>
              <w:spacing w:after="0"/>
              <w:jc w:val="center"/>
            </w:pPr>
            <w:r/>
            <w:r>
              <w:rPr>
                <w:rFonts w:ascii="Times New Roman" w:hAnsi="Times New Roman" w:eastAsia="Times New Roman"/>
                <w:b w:val="0"/>
                <w:i w:val="0"/>
                <w:sz w:val="18"/>
                <w:u w:val="none"/>
              </w:rPr>
            </w:r>
          </w:p>
        </w:tc>
        <w:tc>
          <w:tcPr>
            <w:tcW w:type="dxa" w:w="1128"/>
          </w:tcPr>
          <w:p>
            <w:pPr>
              <w:spacing w:after="0"/>
              <w:jc w:val="center"/>
            </w:pPr>
            <w:r/>
            <w:r>
              <w:rPr>
                <w:rFonts w:ascii="Times New Roman" w:hAnsi="Times New Roman" w:eastAsia="Times New Roman"/>
                <w:b w:val="0"/>
                <w:i w:val="0"/>
                <w:sz w:val="18"/>
                <w:u w:val="none"/>
              </w:rPr>
            </w:r>
          </w:p>
        </w:tc>
      </w:tr>
      <w:tr>
        <w:trPr>
          <w:trHeight w:val="397"/>
        </w:trPr>
        <w:tc>
          <w:tcPr>
            <w:tcW w:type="dxa" w:w="475"/>
          </w:tcPr>
          <w:p>
            <w:pPr>
              <w:spacing w:after="0"/>
              <w:jc w:val="center"/>
            </w:pPr>
            <w:r/>
            <w:r>
              <w:rPr>
                <w:rFonts w:ascii="Times New Roman" w:hAnsi="Times New Roman" w:eastAsia="Times New Roman"/>
                <w:b w:val="0"/>
                <w:i w:val="0"/>
                <w:sz w:val="18"/>
                <w:u w:val="none"/>
              </w:rPr>
              <w:t>2</w:t>
            </w:r>
          </w:p>
        </w:tc>
        <w:tc>
          <w:tcPr>
            <w:tcW w:type="dxa" w:w="1009"/>
          </w:tcPr>
          <w:p>
            <w:pPr>
              <w:spacing w:after="0"/>
              <w:jc w:val="center"/>
            </w:pPr>
            <w:r/>
            <w:r>
              <w:rPr>
                <w:rFonts w:ascii="Times New Roman" w:hAnsi="Times New Roman" w:eastAsia="Times New Roman"/>
                <w:b w:val="0"/>
                <w:i w:val="0"/>
                <w:sz w:val="18"/>
                <w:u w:val="none"/>
              </w:rPr>
            </w:r>
          </w:p>
        </w:tc>
        <w:tc>
          <w:tcPr>
            <w:tcW w:type="dxa" w:w="772"/>
          </w:tcPr>
          <w:p>
            <w:pPr>
              <w:spacing w:after="0"/>
              <w:jc w:val="center"/>
            </w:pPr>
            <w:r/>
            <w:r>
              <w:rPr>
                <w:rFonts w:ascii="Times New Roman" w:hAnsi="Times New Roman" w:eastAsia="Times New Roman"/>
                <w:b w:val="0"/>
                <w:i w:val="0"/>
                <w:sz w:val="18"/>
                <w:u w:val="none"/>
              </w:rPr>
            </w:r>
          </w:p>
        </w:tc>
        <w:tc>
          <w:tcPr>
            <w:tcW w:type="dxa" w:w="712"/>
          </w:tcPr>
          <w:p>
            <w:pPr>
              <w:spacing w:after="0"/>
              <w:jc w:val="center"/>
            </w:pPr>
            <w:r/>
            <w:r>
              <w:rPr>
                <w:rFonts w:ascii="Times New Roman" w:hAnsi="Times New Roman" w:eastAsia="Times New Roman"/>
                <w:b w:val="0"/>
                <w:i w:val="0"/>
                <w:sz w:val="18"/>
                <w:u w:val="none"/>
              </w:rPr>
            </w:r>
          </w:p>
        </w:tc>
        <w:tc>
          <w:tcPr>
            <w:tcW w:type="dxa" w:w="653"/>
          </w:tcPr>
          <w:p>
            <w:pPr>
              <w:spacing w:after="0"/>
              <w:jc w:val="center"/>
            </w:pPr>
            <w:r/>
            <w:r>
              <w:rPr>
                <w:rFonts w:ascii="Times New Roman" w:hAnsi="Times New Roman" w:eastAsia="Times New Roman"/>
                <w:b w:val="0"/>
                <w:i w:val="0"/>
                <w:sz w:val="18"/>
                <w:u w:val="none"/>
              </w:rPr>
            </w:r>
          </w:p>
        </w:tc>
        <w:tc>
          <w:tcPr>
            <w:tcW w:type="dxa" w:w="950"/>
          </w:tcPr>
          <w:p>
            <w:pPr>
              <w:spacing w:after="0"/>
              <w:jc w:val="center"/>
            </w:pPr>
            <w:r/>
            <w:r>
              <w:rPr>
                <w:rFonts w:ascii="Times New Roman" w:hAnsi="Times New Roman" w:eastAsia="Times New Roman"/>
                <w:b w:val="0"/>
                <w:i w:val="0"/>
                <w:sz w:val="18"/>
                <w:u w:val="none"/>
              </w:rPr>
            </w:r>
          </w:p>
        </w:tc>
        <w:tc>
          <w:tcPr>
            <w:tcW w:type="dxa" w:w="653"/>
          </w:tcPr>
          <w:p>
            <w:pPr>
              <w:spacing w:after="0"/>
              <w:jc w:val="center"/>
            </w:pPr>
            <w:r/>
            <w:r>
              <w:rPr>
                <w:rFonts w:ascii="Times New Roman" w:hAnsi="Times New Roman" w:eastAsia="Times New Roman"/>
                <w:b w:val="0"/>
                <w:i w:val="0"/>
                <w:sz w:val="18"/>
                <w:u w:val="none"/>
              </w:rPr>
            </w:r>
          </w:p>
        </w:tc>
        <w:tc>
          <w:tcPr>
            <w:tcW w:type="dxa" w:w="772"/>
          </w:tcPr>
          <w:p>
            <w:pPr>
              <w:spacing w:after="0"/>
              <w:jc w:val="center"/>
            </w:pPr>
            <w:r/>
            <w:r>
              <w:rPr>
                <w:rFonts w:ascii="Times New Roman" w:hAnsi="Times New Roman" w:eastAsia="Times New Roman"/>
                <w:b w:val="0"/>
                <w:i w:val="0"/>
                <w:sz w:val="18"/>
                <w:u w:val="none"/>
              </w:rPr>
            </w:r>
          </w:p>
        </w:tc>
        <w:tc>
          <w:tcPr>
            <w:tcW w:type="dxa" w:w="712"/>
          </w:tcPr>
          <w:p>
            <w:pPr>
              <w:spacing w:after="0"/>
              <w:jc w:val="center"/>
            </w:pPr>
            <w:r/>
            <w:r>
              <w:rPr>
                <w:rFonts w:ascii="Times New Roman" w:hAnsi="Times New Roman" w:eastAsia="Times New Roman"/>
                <w:b w:val="0"/>
                <w:i w:val="0"/>
                <w:sz w:val="18"/>
                <w:u w:val="none"/>
              </w:rPr>
            </w:r>
          </w:p>
        </w:tc>
        <w:tc>
          <w:tcPr>
            <w:tcW w:type="dxa" w:w="890"/>
          </w:tcPr>
          <w:p>
            <w:pPr>
              <w:spacing w:after="0"/>
              <w:jc w:val="center"/>
            </w:pPr>
            <w:r/>
            <w:r>
              <w:rPr>
                <w:rFonts w:ascii="Times New Roman" w:hAnsi="Times New Roman" w:eastAsia="Times New Roman"/>
                <w:b w:val="0"/>
                <w:i w:val="0"/>
                <w:sz w:val="18"/>
                <w:u w:val="none"/>
              </w:rPr>
            </w:r>
          </w:p>
        </w:tc>
        <w:tc>
          <w:tcPr>
            <w:tcW w:type="dxa" w:w="772"/>
          </w:tcPr>
          <w:p>
            <w:pPr>
              <w:spacing w:after="0"/>
              <w:jc w:val="center"/>
            </w:pPr>
            <w:r/>
            <w:r>
              <w:rPr>
                <w:rFonts w:ascii="Times New Roman" w:hAnsi="Times New Roman" w:eastAsia="Times New Roman"/>
                <w:b w:val="0"/>
                <w:i w:val="0"/>
                <w:sz w:val="18"/>
                <w:u w:val="none"/>
              </w:rPr>
            </w:r>
          </w:p>
        </w:tc>
        <w:tc>
          <w:tcPr>
            <w:tcW w:type="dxa" w:w="950"/>
          </w:tcPr>
          <w:p>
            <w:pPr>
              <w:spacing w:after="0"/>
              <w:jc w:val="center"/>
            </w:pPr>
            <w:r/>
            <w:r>
              <w:rPr>
                <w:rFonts w:ascii="Times New Roman" w:hAnsi="Times New Roman" w:eastAsia="Times New Roman"/>
                <w:b w:val="0"/>
                <w:i w:val="0"/>
                <w:sz w:val="18"/>
                <w:u w:val="none"/>
              </w:rPr>
            </w:r>
          </w:p>
        </w:tc>
        <w:tc>
          <w:tcPr>
            <w:tcW w:type="dxa" w:w="890"/>
          </w:tcPr>
          <w:p>
            <w:pPr>
              <w:spacing w:after="0"/>
              <w:jc w:val="center"/>
            </w:pPr>
            <w:r/>
            <w:r>
              <w:rPr>
                <w:rFonts w:ascii="Times New Roman" w:hAnsi="Times New Roman" w:eastAsia="Times New Roman"/>
                <w:b w:val="0"/>
                <w:i w:val="0"/>
                <w:sz w:val="18"/>
                <w:u w:val="none"/>
              </w:rPr>
            </w:r>
          </w:p>
        </w:tc>
        <w:tc>
          <w:tcPr>
            <w:tcW w:type="dxa" w:w="831"/>
          </w:tcPr>
          <w:p>
            <w:pPr>
              <w:spacing w:after="0"/>
              <w:jc w:val="center"/>
            </w:pPr>
            <w:r/>
            <w:r>
              <w:rPr>
                <w:rFonts w:ascii="Times New Roman" w:hAnsi="Times New Roman" w:eastAsia="Times New Roman"/>
                <w:b w:val="0"/>
                <w:i w:val="0"/>
                <w:sz w:val="18"/>
                <w:u w:val="none"/>
              </w:rPr>
            </w:r>
          </w:p>
        </w:tc>
        <w:tc>
          <w:tcPr>
            <w:tcW w:type="dxa" w:w="890"/>
          </w:tcPr>
          <w:p>
            <w:pPr>
              <w:spacing w:after="0"/>
              <w:jc w:val="center"/>
            </w:pPr>
            <w:r/>
            <w:r>
              <w:rPr>
                <w:rFonts w:ascii="Times New Roman" w:hAnsi="Times New Roman" w:eastAsia="Times New Roman"/>
                <w:b w:val="0"/>
                <w:i w:val="0"/>
                <w:sz w:val="18"/>
                <w:u w:val="none"/>
              </w:rPr>
            </w:r>
          </w:p>
        </w:tc>
        <w:tc>
          <w:tcPr>
            <w:tcW w:type="dxa" w:w="1009"/>
          </w:tcPr>
          <w:p>
            <w:pPr>
              <w:spacing w:after="0"/>
              <w:jc w:val="center"/>
            </w:pPr>
            <w:r/>
            <w:r>
              <w:rPr>
                <w:rFonts w:ascii="Times New Roman" w:hAnsi="Times New Roman" w:eastAsia="Times New Roman"/>
                <w:b w:val="0"/>
                <w:i w:val="0"/>
                <w:sz w:val="18"/>
                <w:u w:val="none"/>
              </w:rPr>
            </w:r>
          </w:p>
        </w:tc>
        <w:tc>
          <w:tcPr>
            <w:tcW w:type="dxa" w:w="1069"/>
          </w:tcPr>
          <w:p>
            <w:pPr>
              <w:spacing w:after="0"/>
              <w:jc w:val="center"/>
            </w:pPr>
            <w:r/>
            <w:r>
              <w:rPr>
                <w:rFonts w:ascii="Times New Roman" w:hAnsi="Times New Roman" w:eastAsia="Times New Roman"/>
                <w:b w:val="0"/>
                <w:i w:val="0"/>
                <w:sz w:val="18"/>
                <w:u w:val="none"/>
              </w:rPr>
            </w:r>
          </w:p>
        </w:tc>
        <w:tc>
          <w:tcPr>
            <w:tcW w:type="dxa" w:w="1128"/>
          </w:tcPr>
          <w:p>
            <w:pPr>
              <w:spacing w:after="0"/>
              <w:jc w:val="center"/>
            </w:pPr>
            <w:r/>
            <w:r>
              <w:rPr>
                <w:rFonts w:ascii="Times New Roman" w:hAnsi="Times New Roman" w:eastAsia="Times New Roman"/>
                <w:b w:val="0"/>
                <w:i w:val="0"/>
                <w:sz w:val="18"/>
                <w:u w:val="none"/>
              </w:rPr>
            </w:r>
          </w:p>
        </w:tc>
      </w:tr>
      <w:tr>
        <w:trPr>
          <w:trHeight w:val="397"/>
        </w:trPr>
        <w:tc>
          <w:tcPr>
            <w:tcW w:type="dxa" w:w="475"/>
          </w:tcPr>
          <w:p>
            <w:pPr>
              <w:spacing w:after="0"/>
              <w:jc w:val="center"/>
            </w:pPr>
            <w:r/>
            <w:r>
              <w:rPr>
                <w:rFonts w:ascii="Times New Roman" w:hAnsi="Times New Roman" w:eastAsia="Times New Roman"/>
                <w:b w:val="0"/>
                <w:i w:val="0"/>
                <w:sz w:val="18"/>
                <w:u w:val="none"/>
              </w:rPr>
              <w:t>...</w:t>
            </w:r>
          </w:p>
        </w:tc>
        <w:tc>
          <w:tcPr>
            <w:tcW w:type="dxa" w:w="1009"/>
          </w:tcPr>
          <w:p>
            <w:pPr>
              <w:spacing w:after="0"/>
              <w:jc w:val="center"/>
            </w:pPr>
            <w:r/>
            <w:r>
              <w:rPr>
                <w:rFonts w:ascii="Times New Roman" w:hAnsi="Times New Roman" w:eastAsia="Times New Roman"/>
                <w:b w:val="0"/>
                <w:i w:val="0"/>
                <w:sz w:val="18"/>
                <w:u w:val="none"/>
              </w:rPr>
            </w:r>
          </w:p>
        </w:tc>
        <w:tc>
          <w:tcPr>
            <w:tcW w:type="dxa" w:w="772"/>
          </w:tcPr>
          <w:p>
            <w:pPr>
              <w:spacing w:after="0"/>
              <w:jc w:val="center"/>
            </w:pPr>
            <w:r/>
            <w:r>
              <w:rPr>
                <w:rFonts w:ascii="Times New Roman" w:hAnsi="Times New Roman" w:eastAsia="Times New Roman"/>
                <w:b w:val="0"/>
                <w:i w:val="0"/>
                <w:sz w:val="18"/>
                <w:u w:val="none"/>
              </w:rPr>
            </w:r>
          </w:p>
        </w:tc>
        <w:tc>
          <w:tcPr>
            <w:tcW w:type="dxa" w:w="712"/>
          </w:tcPr>
          <w:p>
            <w:pPr>
              <w:spacing w:after="0"/>
              <w:jc w:val="center"/>
            </w:pPr>
            <w:r/>
            <w:r>
              <w:rPr>
                <w:rFonts w:ascii="Times New Roman" w:hAnsi="Times New Roman" w:eastAsia="Times New Roman"/>
                <w:b w:val="0"/>
                <w:i w:val="0"/>
                <w:sz w:val="18"/>
                <w:u w:val="none"/>
              </w:rPr>
            </w:r>
          </w:p>
        </w:tc>
        <w:tc>
          <w:tcPr>
            <w:tcW w:type="dxa" w:w="653"/>
          </w:tcPr>
          <w:p>
            <w:pPr>
              <w:spacing w:after="0"/>
              <w:jc w:val="center"/>
            </w:pPr>
            <w:r/>
            <w:r>
              <w:rPr>
                <w:rFonts w:ascii="Times New Roman" w:hAnsi="Times New Roman" w:eastAsia="Times New Roman"/>
                <w:b w:val="0"/>
                <w:i w:val="0"/>
                <w:sz w:val="18"/>
                <w:u w:val="none"/>
              </w:rPr>
            </w:r>
          </w:p>
        </w:tc>
        <w:tc>
          <w:tcPr>
            <w:tcW w:type="dxa" w:w="950"/>
          </w:tcPr>
          <w:p>
            <w:pPr>
              <w:spacing w:after="0"/>
              <w:jc w:val="center"/>
            </w:pPr>
            <w:r/>
            <w:r>
              <w:rPr>
                <w:rFonts w:ascii="Times New Roman" w:hAnsi="Times New Roman" w:eastAsia="Times New Roman"/>
                <w:b w:val="0"/>
                <w:i w:val="0"/>
                <w:sz w:val="18"/>
                <w:u w:val="none"/>
              </w:rPr>
            </w:r>
          </w:p>
        </w:tc>
        <w:tc>
          <w:tcPr>
            <w:tcW w:type="dxa" w:w="653"/>
          </w:tcPr>
          <w:p>
            <w:pPr>
              <w:spacing w:after="0"/>
              <w:jc w:val="center"/>
            </w:pPr>
            <w:r/>
            <w:r>
              <w:rPr>
                <w:rFonts w:ascii="Times New Roman" w:hAnsi="Times New Roman" w:eastAsia="Times New Roman"/>
                <w:b w:val="0"/>
                <w:i w:val="0"/>
                <w:sz w:val="18"/>
                <w:u w:val="none"/>
              </w:rPr>
            </w:r>
          </w:p>
        </w:tc>
        <w:tc>
          <w:tcPr>
            <w:tcW w:type="dxa" w:w="772"/>
          </w:tcPr>
          <w:p>
            <w:pPr>
              <w:spacing w:after="0"/>
              <w:jc w:val="center"/>
            </w:pPr>
            <w:r/>
            <w:r>
              <w:rPr>
                <w:rFonts w:ascii="Times New Roman" w:hAnsi="Times New Roman" w:eastAsia="Times New Roman"/>
                <w:b w:val="0"/>
                <w:i w:val="0"/>
                <w:sz w:val="18"/>
                <w:u w:val="none"/>
              </w:rPr>
            </w:r>
          </w:p>
        </w:tc>
        <w:tc>
          <w:tcPr>
            <w:tcW w:type="dxa" w:w="712"/>
          </w:tcPr>
          <w:p>
            <w:pPr>
              <w:spacing w:after="0"/>
              <w:jc w:val="center"/>
            </w:pPr>
            <w:r/>
            <w:r>
              <w:rPr>
                <w:rFonts w:ascii="Times New Roman" w:hAnsi="Times New Roman" w:eastAsia="Times New Roman"/>
                <w:b w:val="0"/>
                <w:i w:val="0"/>
                <w:sz w:val="18"/>
                <w:u w:val="none"/>
              </w:rPr>
            </w:r>
          </w:p>
        </w:tc>
        <w:tc>
          <w:tcPr>
            <w:tcW w:type="dxa" w:w="890"/>
          </w:tcPr>
          <w:p>
            <w:pPr>
              <w:spacing w:after="0"/>
              <w:jc w:val="center"/>
            </w:pPr>
            <w:r/>
            <w:r>
              <w:rPr>
                <w:rFonts w:ascii="Times New Roman" w:hAnsi="Times New Roman" w:eastAsia="Times New Roman"/>
                <w:b w:val="0"/>
                <w:i w:val="0"/>
                <w:sz w:val="18"/>
                <w:u w:val="none"/>
              </w:rPr>
            </w:r>
          </w:p>
        </w:tc>
        <w:tc>
          <w:tcPr>
            <w:tcW w:type="dxa" w:w="772"/>
          </w:tcPr>
          <w:p>
            <w:pPr>
              <w:spacing w:after="0"/>
              <w:jc w:val="center"/>
            </w:pPr>
            <w:r/>
            <w:r>
              <w:rPr>
                <w:rFonts w:ascii="Times New Roman" w:hAnsi="Times New Roman" w:eastAsia="Times New Roman"/>
                <w:b w:val="0"/>
                <w:i w:val="0"/>
                <w:sz w:val="18"/>
                <w:u w:val="none"/>
              </w:rPr>
            </w:r>
          </w:p>
        </w:tc>
        <w:tc>
          <w:tcPr>
            <w:tcW w:type="dxa" w:w="950"/>
          </w:tcPr>
          <w:p>
            <w:pPr>
              <w:spacing w:after="0"/>
              <w:jc w:val="center"/>
            </w:pPr>
            <w:r/>
            <w:r>
              <w:rPr>
                <w:rFonts w:ascii="Times New Roman" w:hAnsi="Times New Roman" w:eastAsia="Times New Roman"/>
                <w:b w:val="0"/>
                <w:i w:val="0"/>
                <w:sz w:val="18"/>
                <w:u w:val="none"/>
              </w:rPr>
            </w:r>
          </w:p>
        </w:tc>
        <w:tc>
          <w:tcPr>
            <w:tcW w:type="dxa" w:w="890"/>
          </w:tcPr>
          <w:p>
            <w:pPr>
              <w:spacing w:after="0"/>
              <w:jc w:val="center"/>
            </w:pPr>
            <w:r/>
            <w:r>
              <w:rPr>
                <w:rFonts w:ascii="Times New Roman" w:hAnsi="Times New Roman" w:eastAsia="Times New Roman"/>
                <w:b w:val="0"/>
                <w:i w:val="0"/>
                <w:sz w:val="18"/>
                <w:u w:val="none"/>
              </w:rPr>
            </w:r>
          </w:p>
        </w:tc>
        <w:tc>
          <w:tcPr>
            <w:tcW w:type="dxa" w:w="831"/>
          </w:tcPr>
          <w:p>
            <w:pPr>
              <w:spacing w:after="0"/>
              <w:jc w:val="center"/>
            </w:pPr>
            <w:r/>
            <w:r>
              <w:rPr>
                <w:rFonts w:ascii="Times New Roman" w:hAnsi="Times New Roman" w:eastAsia="Times New Roman"/>
                <w:b w:val="0"/>
                <w:i w:val="0"/>
                <w:sz w:val="18"/>
                <w:u w:val="none"/>
              </w:rPr>
            </w:r>
          </w:p>
        </w:tc>
        <w:tc>
          <w:tcPr>
            <w:tcW w:type="dxa" w:w="890"/>
          </w:tcPr>
          <w:p>
            <w:pPr>
              <w:spacing w:after="0"/>
              <w:jc w:val="center"/>
            </w:pPr>
            <w:r/>
            <w:r>
              <w:rPr>
                <w:rFonts w:ascii="Times New Roman" w:hAnsi="Times New Roman" w:eastAsia="Times New Roman"/>
                <w:b w:val="0"/>
                <w:i w:val="0"/>
                <w:sz w:val="18"/>
                <w:u w:val="none"/>
              </w:rPr>
            </w:r>
          </w:p>
        </w:tc>
        <w:tc>
          <w:tcPr>
            <w:tcW w:type="dxa" w:w="1009"/>
          </w:tcPr>
          <w:p>
            <w:pPr>
              <w:spacing w:after="0"/>
              <w:jc w:val="center"/>
            </w:pPr>
            <w:r/>
            <w:r>
              <w:rPr>
                <w:rFonts w:ascii="Times New Roman" w:hAnsi="Times New Roman" w:eastAsia="Times New Roman"/>
                <w:b w:val="0"/>
                <w:i w:val="0"/>
                <w:sz w:val="18"/>
                <w:u w:val="none"/>
              </w:rPr>
            </w:r>
          </w:p>
        </w:tc>
        <w:tc>
          <w:tcPr>
            <w:tcW w:type="dxa" w:w="1069"/>
          </w:tcPr>
          <w:p>
            <w:pPr>
              <w:spacing w:after="0"/>
              <w:jc w:val="center"/>
            </w:pPr>
            <w:r/>
            <w:r>
              <w:rPr>
                <w:rFonts w:ascii="Times New Roman" w:hAnsi="Times New Roman" w:eastAsia="Times New Roman"/>
                <w:b w:val="0"/>
                <w:i w:val="0"/>
                <w:sz w:val="18"/>
                <w:u w:val="none"/>
              </w:rPr>
            </w:r>
          </w:p>
        </w:tc>
        <w:tc>
          <w:tcPr>
            <w:tcW w:type="dxa" w:w="1128"/>
          </w:tcPr>
          <w:p>
            <w:pPr>
              <w:spacing w:after="0"/>
              <w:jc w:val="center"/>
            </w:pPr>
            <w:r/>
            <w:r>
              <w:rPr>
                <w:rFonts w:ascii="Times New Roman" w:hAnsi="Times New Roman" w:eastAsia="Times New Roman"/>
                <w:b w:val="0"/>
                <w:i w:val="0"/>
                <w:sz w:val="18"/>
                <w:u w:val="none"/>
              </w:rPr>
            </w:r>
          </w:p>
        </w:tc>
      </w:tr>
    </w:tbl>
    <w:p>
      <w:pPr>
        <w:spacing w:after="0"/>
      </w:pPr>
    </w:p>
    <w:p>
      <w:pPr>
        <w:spacing w:before="80" w:after="80"/>
        <w:ind w:left="850"/>
        <w:jc w:val="left"/>
      </w:pPr>
      <w:r>
        <w:rPr>
          <w:rFonts w:ascii="Times New Roman" w:hAnsi="Times New Roman" w:eastAsia="Times New Roman"/>
          <w:b w:val="0"/>
          <w:i w:val="0"/>
          <w:u w:val="none"/>
        </w:rPr>
        <w:t>Tôi cam đoan số liệu khai trên là đúng và chịu trách nhiệm trước pháp luật về những số liệu đã khai./.</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8326"/>
        <w:gridCol w:w="6812"/>
      </w:tblGrid>
      <w:tr>
        <w:tc>
          <w:tcPr>
            <w:tcW w:type="dxa" w:w="8326"/>
          </w:tcPr>
          <w:p>
            <w:pPr>
              <w:spacing w:after="0"/>
              <w:jc w:val="center"/>
            </w:pPr>
            <w:r/>
            <w:r>
              <w:rPr>
                <w:rFonts w:ascii="Times New Roman" w:hAnsi="Times New Roman" w:eastAsia="Times New Roman"/>
                <w:b w:val="0"/>
                <w:i w:val="0"/>
                <w:sz w:val="26"/>
                <w:u w:val="none"/>
              </w:rPr>
            </w:r>
          </w:p>
        </w:tc>
        <w:tc>
          <w:tcPr>
            <w:tcW w:type="dxa" w:w="6812"/>
          </w:tcPr>
          <w:p>
            <w:pPr>
              <w:spacing w:after="0"/>
              <w:jc w:val="center"/>
            </w:pPr>
            <w:r/>
            <w:r>
              <w:rPr>
                <w:rFonts w:ascii="Times New Roman" w:hAnsi="Times New Roman" w:eastAsia="Times New Roman"/>
                <w:b w:val="0"/>
                <w:i/>
                <w:sz w:val="26"/>
                <w:u w:val="none"/>
              </w:rPr>
              <w:t>..., ngày ... tháng ... năm...</w:t>
            </w:r>
          </w:p>
          <w:p>
            <w:pPr>
              <w:spacing w:after="0"/>
              <w:jc w:val="center"/>
            </w:pPr>
            <w:r>
              <w:rPr>
                <w:rFonts w:ascii="Times New Roman" w:hAnsi="Times New Roman" w:eastAsia="Times New Roman"/>
                <w:b/>
                <w:i w:val="0"/>
                <w:sz w:val="26"/>
                <w:u w:val="none"/>
              </w:rPr>
              <w:t>CÁ NHÂN CÓ THU NHẬP</w:t>
            </w:r>
          </w:p>
          <w:p>
            <w:pPr>
              <w:spacing w:after="0"/>
              <w:jc w:val="center"/>
            </w:pPr>
            <w:r>
              <w:rPr>
                <w:rFonts w:ascii="Times New Roman" w:hAnsi="Times New Roman" w:eastAsia="Times New Roman"/>
                <w:b w:val="0"/>
                <w:i/>
                <w:sz w:val="26"/>
                <w:u w:val="none"/>
              </w:rPr>
              <w:t>(Ký, ghi rõ họ tên, xác nhận điện tử)</w:t>
            </w:r>
          </w:p>
        </w:tc>
      </w:tr>
    </w:tbl>
    <w:p>
      <w:pPr>
        <w:spacing w:before="200" w:after="40"/>
      </w:pPr>
      <w:r>
        <w:rPr>
          <w:rFonts w:ascii="Times New Roman" w:hAnsi="Times New Roman" w:eastAsia="Times New Roman"/>
          <w:b/>
          <w:i/>
          <w:sz w:val="20"/>
          <w:u w:val="none"/>
        </w:rPr>
        <w:t>Ghi chú:</w:t>
      </w:r>
    </w:p>
    <w:p>
      <w:pPr>
        <w:spacing w:after="0"/>
        <w:ind w:firstLine="567"/>
        <w:jc w:val="both"/>
      </w:pPr>
      <w:r>
        <w:rPr>
          <w:rFonts w:ascii="Times New Roman" w:hAnsi="Times New Roman" w:eastAsia="Times New Roman"/>
          <w:b w:val="0"/>
          <w:i w:val="0"/>
          <w:sz w:val="20"/>
          <w:u w:val="none"/>
        </w:rPr>
        <w:t>1. Trường hợp đăng ký thuế, đăng ký giảm trừ gia cảnh lần đầu tại mục 6.1:</w:t>
      </w:r>
    </w:p>
    <w:p>
      <w:pPr>
        <w:spacing w:after="0"/>
        <w:ind w:firstLine="567"/>
        <w:jc w:val="both"/>
      </w:pPr>
      <w:r>
        <w:rPr>
          <w:rFonts w:ascii="Times New Roman" w:hAnsi="Times New Roman" w:eastAsia="Times New Roman"/>
          <w:b w:val="0"/>
          <w:i w:val="0"/>
          <w:sz w:val="20"/>
          <w:u w:val="none"/>
        </w:rPr>
        <w:t>- Người phụ thuộc có quốc tịch Việt Nam thì khai số định danh cá nhân vào chỉ tiêu (5) và không cần kê khai các chỉ tiêu từ (6) đến (10). Cơ quan thuế tự động tích hợp dữ liệu “địa chỉ thường trú”, “nơi ở hiện tại” của người phụ thuộc từ Cơ sở dữ liệu quốc gia về dân cư để đưa vào các chỉ tiêu (9), (10).</w:t>
      </w:r>
    </w:p>
    <w:p>
      <w:pPr>
        <w:spacing w:after="0"/>
        <w:ind w:firstLine="567"/>
        <w:jc w:val="both"/>
      </w:pPr>
      <w:r>
        <w:rPr>
          <w:rFonts w:ascii="Times New Roman" w:hAnsi="Times New Roman" w:eastAsia="Times New Roman"/>
          <w:b w:val="0"/>
          <w:i w:val="0"/>
          <w:sz w:val="20"/>
          <w:u w:val="none"/>
        </w:rPr>
        <w:t>- Đối với các chỉ tiêu từ (12) đến (15): NPT là con dưới 18 tuổi: không cần kê khai thông tin, các đối tượng người phụ thuộc còn lại theo quy định Điều 47 Nghị định số 253/2026/NĐ-CP bắt buộc kê khai (nếu thuộc diện), trong đó:</w:t>
      </w:r>
    </w:p>
    <w:p>
      <w:pPr>
        <w:spacing w:after="0"/>
        <w:ind w:left="850"/>
        <w:jc w:val="both"/>
      </w:pPr>
      <w:r>
        <w:rPr>
          <w:rFonts w:ascii="Times New Roman" w:hAnsi="Times New Roman" w:eastAsia="Times New Roman"/>
          <w:b w:val="0"/>
          <w:i w:val="0"/>
          <w:sz w:val="20"/>
          <w:u w:val="none"/>
        </w:rPr>
        <w:t>+ Chỉ tiêu (12), (13): nếu thuộc đối tượng, tích dấu "x"; nếu không thuộc đối tượng thì để trống.</w:t>
      </w:r>
    </w:p>
    <w:p>
      <w:pPr>
        <w:spacing w:after="0"/>
        <w:ind w:left="850"/>
        <w:jc w:val="both"/>
      </w:pPr>
      <w:r>
        <w:rPr>
          <w:rFonts w:ascii="Times New Roman" w:hAnsi="Times New Roman" w:eastAsia="Times New Roman"/>
          <w:b w:val="0"/>
          <w:i w:val="0"/>
          <w:sz w:val="20"/>
          <w:u w:val="none"/>
        </w:rPr>
        <w:t>+ Chỉ tiêu (14), (15): nếu thuộc đối tượng thì điền thông tin.</w:t>
      </w:r>
    </w:p>
    <w:p>
      <w:pPr>
        <w:spacing w:after="0"/>
        <w:ind w:firstLine="567"/>
        <w:jc w:val="both"/>
      </w:pPr>
      <w:r>
        <w:rPr>
          <w:rFonts w:ascii="Times New Roman" w:hAnsi="Times New Roman" w:eastAsia="Times New Roman"/>
          <w:b w:val="0"/>
          <w:i w:val="0"/>
          <w:sz w:val="20"/>
          <w:u w:val="none"/>
        </w:rPr>
        <w:t>- Đối với tất cả NPT: bắt buộc điền thông tin vào chỉ tiêu (16); điền thông tin vào chỉ tiêu (17) (nếu có).</w:t>
      </w:r>
    </w:p>
    <w:p>
      <w:pPr>
        <w:spacing w:after="0"/>
        <w:ind w:firstLine="567"/>
        <w:jc w:val="both"/>
      </w:pPr>
      <w:r>
        <w:rPr>
          <w:rFonts w:ascii="Times New Roman" w:hAnsi="Times New Roman" w:eastAsia="Times New Roman"/>
          <w:b w:val="0"/>
          <w:i w:val="0"/>
          <w:sz w:val="20"/>
          <w:u w:val="none"/>
        </w:rPr>
        <w:t>2. Trường hợp thay đổi thông tin đăng ký thuế hoặc thay đổi thông tin giảm trừ gia cảnh tại mục 6.2:</w:t>
      </w:r>
    </w:p>
    <w:p>
      <w:pPr>
        <w:spacing w:after="0"/>
        <w:ind w:firstLine="567"/>
        <w:jc w:val="both"/>
      </w:pPr>
      <w:r>
        <w:rPr>
          <w:rFonts w:ascii="Times New Roman" w:hAnsi="Times New Roman" w:eastAsia="Times New Roman"/>
          <w:b w:val="0"/>
          <w:i w:val="0"/>
          <w:sz w:val="20"/>
          <w:u w:val="none"/>
        </w:rPr>
        <w:t>Khai mã số thuế đã cấp cho cá nhân hoặc số định danh cá nhân đã được cơ quan thuế thông báo sử dụng thay cho mã số thuế vào chỉ tiêu (4); các chỉ tiêu còn lại (trừ chỉ tiêu tại cột 2) chỉ tiêu nào có thông tin thay đổi mới khai, chỉ tiêu nào không có thông tin thay đổi thì để trống không khai.</w:t>
      </w:r>
    </w:p>
    <w:sectPr w:rsidR="00FC693F" w:rsidRPr="0006063C" w:rsidSect="00034616">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64"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Kế Toán Bảo Lộc - ketoanbaoloc.com</dc:creator>
  <cp:keywords/>
  <dc:description>Mẫu biểu tải miễn phí tại https://ketoanbaoloc.com/mau-bieu</dc:description>
  <cp:lastModifiedBy/>
  <cp:revision>1</cp:revision>
  <dcterms:created xsi:type="dcterms:W3CDTF">2013-12-23T23:15:00Z</dcterms:created>
  <dcterms:modified xsi:type="dcterms:W3CDTF">2013-12-23T23:15:00Z</dcterms:modified>
  <cp:category/>
</cp:coreProperties>
</file>